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CA" w:rsidRPr="00E02ECA" w:rsidRDefault="00E02ECA" w:rsidP="00E02ECA">
      <w:pPr>
        <w:widowControl w:val="0"/>
        <w:autoSpaceDE w:val="0"/>
        <w:autoSpaceDN w:val="0"/>
        <w:spacing w:before="66" w:after="0" w:line="240" w:lineRule="auto"/>
        <w:ind w:left="1573" w:right="139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МИНИСТЕРСТВО</w:t>
      </w:r>
      <w:r w:rsidRPr="00E02EC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ПРОСВЕЩЕНИЯ</w:t>
      </w:r>
      <w:r w:rsidRPr="00E02EC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РОССИЙСКОЙ</w:t>
      </w:r>
      <w:r w:rsidRPr="00E02EC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ФЕДЕРАЦИИ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1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1" w:after="0" w:line="240" w:lineRule="auto"/>
        <w:ind w:left="1573" w:right="140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Министерство</w:t>
      </w:r>
      <w:r w:rsidRPr="00E02EC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E02EC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02EC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науки</w:t>
      </w:r>
      <w:r w:rsidRPr="00E02EC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Республики</w:t>
      </w:r>
      <w:r w:rsidRPr="00E02EC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Татарстан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1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ind w:left="1573" w:right="143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Исполнительный</w:t>
      </w:r>
      <w:r w:rsidRPr="00E02EC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комитет</w:t>
      </w:r>
      <w:r w:rsidRPr="00E02EC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Камско-</w:t>
      </w:r>
      <w:proofErr w:type="spellStart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Устьинского</w:t>
      </w:r>
      <w:proofErr w:type="spellEnd"/>
      <w:r w:rsidRPr="00E02EC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E02EC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района</w:t>
      </w:r>
      <w:r w:rsidRPr="00E02EC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ind w:left="1573" w:right="140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МБОУ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Сюкеевская</w:t>
      </w:r>
      <w:proofErr w:type="spellEnd"/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средняя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общеобразовательная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школа»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val="ru-RU"/>
        </w:rPr>
        <w:sectPr w:rsidR="00E02ECA" w:rsidRPr="00E02ECA" w:rsidSect="00E02ECA">
          <w:pgSz w:w="11900" w:h="16840"/>
          <w:pgMar w:top="520" w:right="560" w:bottom="280" w:left="560" w:header="720" w:footer="720" w:gutter="0"/>
          <w:cols w:space="720"/>
        </w:sectPr>
      </w:pPr>
    </w:p>
    <w:p w:rsidR="00E02ECA" w:rsidRPr="00E02ECA" w:rsidRDefault="00E02ECA" w:rsidP="00E02ECA">
      <w:pPr>
        <w:widowControl w:val="0"/>
        <w:autoSpaceDE w:val="0"/>
        <w:autoSpaceDN w:val="0"/>
        <w:spacing w:before="116" w:after="0" w:line="213" w:lineRule="auto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РАССМОТРЕНО</w:t>
      </w:r>
      <w:r w:rsidRPr="00E02ECA">
        <w:rPr>
          <w:rFonts w:ascii="Times New Roman" w:eastAsia="Times New Roman" w:hAnsi="Times New Roman" w:cs="Times New Roman"/>
          <w:spacing w:val="-47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ШМО</w:t>
      </w:r>
      <w:r w:rsidRPr="00E02ECA">
        <w:rPr>
          <w:rFonts w:ascii="Times New Roman" w:eastAsia="Times New Roman" w:hAnsi="Times New Roman" w:cs="Times New Roman"/>
          <w:spacing w:val="2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ГСПМ</w:t>
      </w:r>
    </w:p>
    <w:p w:rsidR="00E02ECA" w:rsidRPr="00E02ECA" w:rsidRDefault="00E02ECA" w:rsidP="00E02ECA">
      <w:pPr>
        <w:widowControl w:val="0"/>
        <w:autoSpaceDE w:val="0"/>
        <w:autoSpaceDN w:val="0"/>
        <w:spacing w:before="95" w:after="0" w:line="217" w:lineRule="exact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lang w:val="ru-RU"/>
        </w:rPr>
        <w:br w:type="column"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СОГЛАСОВАНО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17" w:lineRule="exact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sz w:val="20"/>
          <w:lang w:val="ru-RU"/>
        </w:rPr>
        <w:t>Заместитель</w:t>
      </w:r>
      <w:r w:rsidRPr="00E02ECA">
        <w:rPr>
          <w:rFonts w:ascii="Times New Roman" w:eastAsia="Times New Roman" w:hAnsi="Times New Roman" w:cs="Times New Roman"/>
          <w:spacing w:val="7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директора</w:t>
      </w:r>
      <w:r w:rsidRPr="00E02ECA">
        <w:rPr>
          <w:rFonts w:ascii="Times New Roman" w:eastAsia="Times New Roman" w:hAnsi="Times New Roman" w:cs="Times New Roman"/>
          <w:spacing w:val="8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по</w:t>
      </w:r>
      <w:r w:rsidRPr="00E02ECA">
        <w:rPr>
          <w:rFonts w:ascii="Times New Roman" w:eastAsia="Times New Roman" w:hAnsi="Times New Roman" w:cs="Times New Roman"/>
          <w:spacing w:val="8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УР</w:t>
      </w:r>
    </w:p>
    <w:p w:rsidR="00E02ECA" w:rsidRPr="00E02ECA" w:rsidRDefault="00E02ECA" w:rsidP="00E02ECA">
      <w:pPr>
        <w:widowControl w:val="0"/>
        <w:autoSpaceDE w:val="0"/>
        <w:autoSpaceDN w:val="0"/>
        <w:spacing w:before="95" w:after="0" w:line="217" w:lineRule="exact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lang w:val="ru-RU"/>
        </w:rPr>
        <w:br w:type="column"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УТВЕРЖДАЮ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17" w:lineRule="exact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sz w:val="20"/>
          <w:lang w:val="ru-RU"/>
        </w:rPr>
        <w:t>Директор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17" w:lineRule="exact"/>
        <w:rPr>
          <w:rFonts w:ascii="Times New Roman" w:eastAsia="Times New Roman" w:hAnsi="Times New Roman" w:cs="Times New Roman"/>
          <w:sz w:val="20"/>
          <w:lang w:val="ru-RU"/>
        </w:rPr>
        <w:sectPr w:rsidR="00E02ECA" w:rsidRPr="00E02ECA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37" w:space="1780"/>
            <w:col w:w="2803" w:space="714"/>
            <w:col w:w="3746"/>
          </w:cols>
        </w:sectPr>
      </w:pPr>
    </w:p>
    <w:p w:rsidR="00E02ECA" w:rsidRPr="00E02ECA" w:rsidRDefault="00E02ECA" w:rsidP="00E02ECA">
      <w:pPr>
        <w:widowControl w:val="0"/>
        <w:tabs>
          <w:tab w:val="left" w:pos="5123"/>
          <w:tab w:val="left" w:pos="7211"/>
          <w:tab w:val="left" w:pos="8640"/>
        </w:tabs>
        <w:autoSpaceDE w:val="0"/>
        <w:autoSpaceDN w:val="0"/>
        <w:spacing w:before="178" w:after="0" w:line="240" w:lineRule="auto"/>
        <w:ind w:left="3695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w w:val="102"/>
          <w:sz w:val="20"/>
          <w:u w:val="single"/>
          <w:lang w:val="ru-RU"/>
        </w:rPr>
        <w:lastRenderedPageBreak/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proofErr w:type="gramStart"/>
      <w:r w:rsidRPr="00E02ECA">
        <w:rPr>
          <w:rFonts w:ascii="Times New Roman" w:eastAsia="Times New Roman" w:hAnsi="Times New Roman" w:cs="Times New Roman"/>
          <w:sz w:val="20"/>
          <w:lang w:val="ru-RU"/>
        </w:rPr>
        <w:t>(</w:t>
      </w:r>
      <w:r w:rsidRPr="00E02ECA">
        <w:rPr>
          <w:rFonts w:ascii="Times New Roman" w:eastAsia="Times New Roman" w:hAnsi="Times New Roman" w:cs="Times New Roman"/>
          <w:spacing w:val="5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Маслова</w:t>
      </w:r>
      <w:proofErr w:type="gramEnd"/>
      <w:r w:rsidRPr="00E02ECA">
        <w:rPr>
          <w:rFonts w:ascii="Times New Roman" w:eastAsia="Times New Roman" w:hAnsi="Times New Roman" w:cs="Times New Roman"/>
          <w:spacing w:val="4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Г.М. )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ab/>
      </w:r>
      <w:r w:rsidRPr="00E02ECA">
        <w:rPr>
          <w:rFonts w:ascii="Times New Roman" w:eastAsia="Times New Roman" w:hAnsi="Times New Roman" w:cs="Times New Roman"/>
          <w:w w:val="102"/>
          <w:sz w:val="20"/>
          <w:u w:val="single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proofErr w:type="gramStart"/>
      <w:r w:rsidRPr="00E02ECA">
        <w:rPr>
          <w:rFonts w:ascii="Times New Roman" w:eastAsia="Times New Roman" w:hAnsi="Times New Roman" w:cs="Times New Roman"/>
          <w:sz w:val="20"/>
          <w:lang w:val="ru-RU"/>
        </w:rPr>
        <w:t>(</w:t>
      </w:r>
      <w:r w:rsidRPr="00E02ECA">
        <w:rPr>
          <w:rFonts w:ascii="Times New Roman" w:eastAsia="Times New Roman" w:hAnsi="Times New Roman" w:cs="Times New Roman"/>
          <w:spacing w:val="5"/>
          <w:sz w:val="20"/>
          <w:lang w:val="ru-RU"/>
        </w:rPr>
        <w:t xml:space="preserve"> </w:t>
      </w:r>
      <w:proofErr w:type="spellStart"/>
      <w:r w:rsidRPr="00E02ECA">
        <w:rPr>
          <w:rFonts w:ascii="Times New Roman" w:eastAsia="Times New Roman" w:hAnsi="Times New Roman" w:cs="Times New Roman"/>
          <w:sz w:val="20"/>
          <w:lang w:val="ru-RU"/>
        </w:rPr>
        <w:t>И.Ф.Яруллин</w:t>
      </w:r>
      <w:proofErr w:type="spellEnd"/>
      <w:proofErr w:type="gramEnd"/>
      <w:r w:rsidRPr="00E02ECA">
        <w:rPr>
          <w:rFonts w:ascii="Times New Roman" w:eastAsia="Times New Roman" w:hAnsi="Times New Roman" w:cs="Times New Roman"/>
          <w:spacing w:val="1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)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0" w:lineRule="exact"/>
        <w:ind w:left="173"/>
        <w:rPr>
          <w:rFonts w:ascii="Times New Roman" w:eastAsia="Times New Roman" w:hAnsi="Times New Roman" w:cs="Times New Roman"/>
          <w:sz w:val="2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noProof/>
          <w:sz w:val="2"/>
          <w:szCs w:val="24"/>
          <w:lang w:val="ru-RU" w:eastAsia="ru-RU"/>
        </w:rPr>
        <mc:AlternateContent>
          <mc:Choice Requires="wpg">
            <w:drawing>
              <wp:inline distT="0" distB="0" distL="0" distR="0" wp14:anchorId="3B3E5981" wp14:editId="61FC813A">
                <wp:extent cx="2073275" cy="5715"/>
                <wp:effectExtent l="8255" t="11430" r="13970" b="190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3275" cy="5715"/>
                          <a:chOff x="0" y="0"/>
                          <a:chExt cx="3265" cy="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65" cy="0"/>
                          </a:xfrm>
                          <a:prstGeom prst="line">
                            <a:avLst/>
                          </a:prstGeom>
                          <a:noFill/>
                          <a:ln w="53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D6D8F" id="Group 8" o:spid="_x0000_s1026" style="width:163.25pt;height:.45pt;mso-position-horizontal-relative:char;mso-position-vertical-relative:line" coordsize="326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">
                <v:line id="Line 9" o:spid="_x0000_s1027" style="position:absolute;visibility:visible;mso-wrap-style:square" from="0,4" to="326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7g3r8AAADaAAAADwAAAGRycy9kb3ducmV2LnhtbERPy4rCMBTdC/5DuMJsRFNlfFWjyMig&#10;zG6q4PbSXNtic1ObqNWvNwvB5eG8F6vGlOJGtSssKxj0IxDEqdUFZwoO+9/eFITzyBpLy6TgQQ5W&#10;y3ZrgbG2d/6nW+IzEULYxagg976KpXRpTgZd31bEgTvZ2qAPsM6krvEewk0ph1E0lgYLDg05VvST&#10;U3pOrkbBVs6eg/2kG3kc/W2+h0d3OSRTpb46zXoOwlPjP+K3e6cVhK3hSrgBcv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T7g3r8AAADaAAAADwAAAAAAAAAAAAAAAACh&#10;AgAAZHJzL2Rvd25yZXYueG1sUEsFBgAAAAAEAAQA+QAAAI0DAAAAAA==&#10;" strokeweight=".14764mm"/>
                <w10:anchorlock/>
              </v:group>
            </w:pict>
          </mc:Fallback>
        </mc:AlternateContent>
      </w:r>
    </w:p>
    <w:p w:rsidR="00E02ECA" w:rsidRPr="00E02ECA" w:rsidRDefault="00E02ECA" w:rsidP="00E02ECA">
      <w:pPr>
        <w:widowControl w:val="0"/>
        <w:tabs>
          <w:tab w:val="left" w:pos="3490"/>
          <w:tab w:val="left" w:pos="3694"/>
          <w:tab w:val="left" w:pos="6772"/>
          <w:tab w:val="left" w:pos="7211"/>
          <w:tab w:val="left" w:pos="10276"/>
        </w:tabs>
        <w:autoSpaceDE w:val="0"/>
        <w:autoSpaceDN w:val="0"/>
        <w:spacing w:before="158" w:after="0" w:line="240" w:lineRule="auto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w w:val="102"/>
          <w:sz w:val="20"/>
          <w:u w:val="single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ab/>
        <w:t>Протокол</w:t>
      </w:r>
      <w:r w:rsidRPr="00E02ECA">
        <w:rPr>
          <w:rFonts w:ascii="Times New Roman" w:eastAsia="Times New Roman" w:hAnsi="Times New Roman" w:cs="Times New Roman"/>
          <w:spacing w:val="5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ab/>
        <w:t>Приказ</w:t>
      </w:r>
      <w:r w:rsidRPr="00E02ECA">
        <w:rPr>
          <w:rFonts w:ascii="Times New Roman" w:eastAsia="Times New Roman" w:hAnsi="Times New Roman" w:cs="Times New Roman"/>
          <w:spacing w:val="4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  <w:sectPr w:rsidR="00E02ECA" w:rsidRPr="00E02ECA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02ECA" w:rsidRPr="00E02ECA" w:rsidRDefault="00E02ECA" w:rsidP="00E02ECA">
      <w:pPr>
        <w:widowControl w:val="0"/>
        <w:autoSpaceDE w:val="0"/>
        <w:autoSpaceDN w:val="0"/>
        <w:spacing w:before="179" w:after="0" w:line="240" w:lineRule="auto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Руководитель</w:t>
      </w:r>
    </w:p>
    <w:p w:rsidR="00E02ECA" w:rsidRPr="00E02ECA" w:rsidRDefault="00E02ECA" w:rsidP="00E02ECA">
      <w:pPr>
        <w:widowControl w:val="0"/>
        <w:tabs>
          <w:tab w:val="left" w:pos="911"/>
          <w:tab w:val="left" w:pos="1606"/>
          <w:tab w:val="left" w:pos="2522"/>
          <w:tab w:val="left" w:pos="3134"/>
          <w:tab w:val="left" w:pos="3255"/>
        </w:tabs>
        <w:autoSpaceDE w:val="0"/>
        <w:autoSpaceDN w:val="0"/>
        <w:spacing w:before="178" w:after="0" w:line="424" w:lineRule="auto"/>
        <w:ind w:left="178" w:right="3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w w:val="102"/>
          <w:sz w:val="20"/>
          <w:u w:val="single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proofErr w:type="gramStart"/>
      <w:r w:rsidRPr="00E02ECA">
        <w:rPr>
          <w:rFonts w:ascii="Times New Roman" w:eastAsia="Times New Roman" w:hAnsi="Times New Roman" w:cs="Times New Roman"/>
          <w:sz w:val="20"/>
          <w:lang w:val="ru-RU"/>
        </w:rPr>
        <w:t>(</w:t>
      </w:r>
      <w:r w:rsidRPr="00E02ECA">
        <w:rPr>
          <w:rFonts w:ascii="Times New Roman" w:eastAsia="Times New Roman" w:hAnsi="Times New Roman" w:cs="Times New Roman"/>
          <w:spacing w:val="5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Гончаров</w:t>
      </w:r>
      <w:proofErr w:type="gramEnd"/>
      <w:r w:rsidRPr="00E02ECA">
        <w:rPr>
          <w:rFonts w:ascii="Times New Roman" w:eastAsia="Times New Roman" w:hAnsi="Times New Roman" w:cs="Times New Roman"/>
          <w:spacing w:val="3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В.Е.</w:t>
      </w:r>
      <w:r w:rsidRPr="00E02ECA">
        <w:rPr>
          <w:rFonts w:ascii="Times New Roman" w:eastAsia="Times New Roman" w:hAnsi="Times New Roman" w:cs="Times New Roman"/>
          <w:spacing w:val="4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)</w:t>
      </w:r>
      <w:r w:rsidRPr="00E02ECA">
        <w:rPr>
          <w:rFonts w:ascii="Times New Roman" w:eastAsia="Times New Roman" w:hAnsi="Times New Roman" w:cs="Times New Roman"/>
          <w:spacing w:val="1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Протокол</w:t>
      </w:r>
      <w:r w:rsidRPr="00E02ECA">
        <w:rPr>
          <w:rFonts w:ascii="Times New Roman" w:eastAsia="Times New Roman" w:hAnsi="Times New Roman" w:cs="Times New Roman"/>
          <w:spacing w:val="16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№</w:t>
      </w:r>
      <w:r w:rsidRPr="00E02ECA">
        <w:rPr>
          <w:rFonts w:ascii="Times New Roman" w:eastAsia="Times New Roman" w:hAnsi="Times New Roman" w:cs="Times New Roman"/>
          <w:w w:val="102"/>
          <w:sz w:val="20"/>
          <w:u w:val="single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         от</w:t>
      </w:r>
      <w:r w:rsidRPr="00E02ECA">
        <w:rPr>
          <w:rFonts w:ascii="Times New Roman" w:eastAsia="Times New Roman" w:hAnsi="Times New Roman" w:cs="Times New Roman"/>
          <w:spacing w:val="1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20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г.</w:t>
      </w:r>
    </w:p>
    <w:p w:rsidR="00E02ECA" w:rsidRPr="00E02ECA" w:rsidRDefault="00E02ECA" w:rsidP="00E02ECA">
      <w:pPr>
        <w:widowControl w:val="0"/>
        <w:tabs>
          <w:tab w:val="left" w:pos="911"/>
          <w:tab w:val="left" w:pos="2522"/>
          <w:tab w:val="left" w:pos="3134"/>
        </w:tabs>
        <w:autoSpaceDE w:val="0"/>
        <w:autoSpaceDN w:val="0"/>
        <w:spacing w:before="179" w:after="0" w:line="240" w:lineRule="auto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lang w:val="ru-RU"/>
        </w:rPr>
        <w:br w:type="column"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от</w:t>
      </w:r>
      <w:r w:rsidRPr="00E02ECA">
        <w:rPr>
          <w:rFonts w:ascii="Times New Roman" w:eastAsia="Times New Roman" w:hAnsi="Times New Roman" w:cs="Times New Roman"/>
          <w:spacing w:val="1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20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г.</w:t>
      </w:r>
    </w:p>
    <w:p w:rsidR="00E02ECA" w:rsidRPr="00E02ECA" w:rsidRDefault="00E02ECA" w:rsidP="00E02ECA">
      <w:pPr>
        <w:widowControl w:val="0"/>
        <w:tabs>
          <w:tab w:val="left" w:pos="911"/>
          <w:tab w:val="left" w:pos="2522"/>
          <w:tab w:val="left" w:pos="3134"/>
        </w:tabs>
        <w:autoSpaceDE w:val="0"/>
        <w:autoSpaceDN w:val="0"/>
        <w:spacing w:before="179" w:after="0" w:line="240" w:lineRule="auto"/>
        <w:ind w:left="178"/>
        <w:rPr>
          <w:rFonts w:ascii="Times New Roman" w:eastAsia="Times New Roman" w:hAnsi="Times New Roman" w:cs="Times New Roman"/>
          <w:sz w:val="20"/>
          <w:lang w:val="ru-RU"/>
        </w:rPr>
      </w:pPr>
      <w:r w:rsidRPr="00E02ECA">
        <w:rPr>
          <w:rFonts w:ascii="Times New Roman" w:eastAsia="Times New Roman" w:hAnsi="Times New Roman" w:cs="Times New Roman"/>
          <w:lang w:val="ru-RU"/>
        </w:rPr>
        <w:br w:type="column"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lastRenderedPageBreak/>
        <w:t>от</w:t>
      </w:r>
      <w:r w:rsidRPr="00E02ECA">
        <w:rPr>
          <w:rFonts w:ascii="Times New Roman" w:eastAsia="Times New Roman" w:hAnsi="Times New Roman" w:cs="Times New Roman"/>
          <w:spacing w:val="1"/>
          <w:sz w:val="20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"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20</w:t>
      </w:r>
      <w:r w:rsidRPr="00E02ECA">
        <w:rPr>
          <w:rFonts w:ascii="Times New Roman" w:eastAsia="Times New Roman" w:hAnsi="Times New Roman" w:cs="Times New Roman"/>
          <w:sz w:val="20"/>
          <w:u w:val="single"/>
          <w:lang w:val="ru-RU"/>
        </w:rPr>
        <w:tab/>
      </w:r>
      <w:r w:rsidRPr="00E02ECA">
        <w:rPr>
          <w:rFonts w:ascii="Times New Roman" w:eastAsia="Times New Roman" w:hAnsi="Times New Roman" w:cs="Times New Roman"/>
          <w:sz w:val="20"/>
          <w:lang w:val="ru-RU"/>
        </w:rPr>
        <w:t>г.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  <w:sectPr w:rsidR="00E02ECA" w:rsidRPr="00E02ECA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313" w:space="204"/>
            <w:col w:w="3313" w:space="204"/>
            <w:col w:w="3746"/>
          </w:cols>
        </w:sect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90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</w:t>
      </w:r>
      <w:r w:rsidRPr="00E02ECA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(ID</w:t>
      </w:r>
      <w:r w:rsidRPr="00E02EC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285532)</w:t>
      </w:r>
    </w:p>
    <w:p w:rsidR="00E02ECA" w:rsidRPr="00E02ECA" w:rsidRDefault="00E02ECA" w:rsidP="00E02ECA">
      <w:pPr>
        <w:widowControl w:val="0"/>
        <w:autoSpaceDE w:val="0"/>
        <w:autoSpaceDN w:val="0"/>
        <w:spacing w:before="95" w:after="0" w:line="240" w:lineRule="auto"/>
        <w:ind w:left="1573" w:right="14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 w:rsidRPr="00E02EC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left="1573" w:right="13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bookmarkStart w:id="0" w:name="_GoBack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Изобразительное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искусство</w:t>
      </w:r>
      <w:bookmarkEnd w:id="0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1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1" w:after="0" w:line="292" w:lineRule="auto"/>
        <w:ind w:left="3172" w:right="29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для 1 класса начального общего образования</w:t>
      </w:r>
      <w:r w:rsidRPr="00E02ECA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E02EC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2022-2023</w:t>
      </w:r>
      <w:r w:rsidRPr="00E02ECA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год</w:t>
      </w: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1" w:after="0" w:line="240" w:lineRule="auto"/>
        <w:ind w:right="34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Составитель:</w:t>
      </w:r>
      <w:r w:rsidRPr="00E02ECA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Сорокина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Ольга</w:t>
      </w:r>
      <w:r w:rsidRPr="00E02EC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Александровна</w:t>
      </w: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</w:t>
      </w:r>
      <w:r w:rsidRPr="00E02ECA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искусства </w:t>
      </w: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02ECA" w:rsidRPr="00E02ECA" w:rsidRDefault="00E02ECA" w:rsidP="00E02ECA">
      <w:pPr>
        <w:widowControl w:val="0"/>
        <w:autoSpaceDE w:val="0"/>
        <w:autoSpaceDN w:val="0"/>
        <w:spacing w:before="60" w:after="0" w:line="240" w:lineRule="auto"/>
        <w:ind w:right="3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02ECA" w:rsidRPr="00E02ECA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proofErr w:type="spellStart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>Сюкеево</w:t>
      </w:r>
      <w:proofErr w:type="spellEnd"/>
      <w:r w:rsidRPr="00E02E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2021</w:t>
      </w:r>
    </w:p>
    <w:p w:rsidR="000A1F56" w:rsidRPr="003F5E82" w:rsidRDefault="003B0CB9">
      <w:pPr>
        <w:autoSpaceDE w:val="0"/>
        <w:autoSpaceDN w:val="0"/>
        <w:spacing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0A1F56" w:rsidRPr="003F5E82" w:rsidRDefault="003B0CB9">
      <w:pPr>
        <w:autoSpaceDE w:val="0"/>
        <w:autoSpaceDN w:val="0"/>
        <w:spacing w:before="346" w:after="0"/>
        <w:ind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0A1F56" w:rsidRPr="003F5E82" w:rsidRDefault="003B0CB9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A1F56" w:rsidRPr="003F5E82" w:rsidRDefault="003B0CB9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A1F56" w:rsidRPr="003F5E82" w:rsidRDefault="003B0CB9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A1F56" w:rsidRPr="003F5E82" w:rsidRDefault="003B0CB9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6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/>
        <w:ind w:right="432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0A1F56" w:rsidRPr="003F5E82" w:rsidRDefault="003B0CB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0A1F56" w:rsidRPr="003F5E82" w:rsidRDefault="003B0CB9" w:rsidP="003F5E82">
      <w:pPr>
        <w:autoSpaceDE w:val="0"/>
        <w:autoSpaceDN w:val="0"/>
        <w:spacing w:before="192" w:after="0" w:line="230" w:lineRule="auto"/>
        <w:rPr>
          <w:lang w:val="ru-RU"/>
        </w:rPr>
        <w:sectPr w:rsidR="000A1F56" w:rsidRPr="003F5E82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0A1F56" w:rsidRPr="003F5E82" w:rsidRDefault="003B0CB9">
      <w:pPr>
        <w:autoSpaceDE w:val="0"/>
        <w:autoSpaceDN w:val="0"/>
        <w:spacing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СОДЕРЖАНИЕ УЧЕБНОГО ПРЕДМЕТА 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0A1F56" w:rsidRPr="003F5E82" w:rsidRDefault="003B0CB9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0A1F56" w:rsidRPr="003F5E82" w:rsidRDefault="003B0CB9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Бумажная пластика. Овладение первичными приёмами </w:t>
      </w:r>
      <w:proofErr w:type="gram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над- резания</w:t>
      </w:r>
      <w:proofErr w:type="gram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, закручивания, складывания. Объёмная аппликация из бумаги и картона.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78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0A1F56" w:rsidRPr="003F5E82" w:rsidRDefault="003B0CB9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78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A1F56" w:rsidRPr="003F5E82" w:rsidRDefault="003B0CB9">
      <w:pPr>
        <w:autoSpaceDE w:val="0"/>
        <w:autoSpaceDN w:val="0"/>
        <w:spacing w:before="346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A1F56" w:rsidRPr="003F5E82" w:rsidRDefault="003B0CB9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A1F56" w:rsidRPr="003F5E82" w:rsidRDefault="003B0CB9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0A1F56" w:rsidRPr="003F5E82" w:rsidRDefault="003B0CB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A1F56" w:rsidRPr="003F5E82" w:rsidRDefault="003B0CB9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A1F56" w:rsidRPr="003F5E82" w:rsidRDefault="003B0CB9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A1F56" w:rsidRPr="003F5E82" w:rsidRDefault="003B0CB9">
      <w:pPr>
        <w:autoSpaceDE w:val="0"/>
        <w:autoSpaceDN w:val="0"/>
        <w:spacing w:before="70" w:after="0"/>
        <w:ind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78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0A1F56" w:rsidRPr="003F5E82" w:rsidRDefault="003B0CB9">
      <w:pPr>
        <w:autoSpaceDE w:val="0"/>
        <w:autoSpaceDN w:val="0"/>
        <w:spacing w:before="262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0A1F56" w:rsidRPr="003F5E82" w:rsidRDefault="003B0CB9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3F5E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78" w:line="220" w:lineRule="exact"/>
        <w:rPr>
          <w:lang w:val="ru-RU"/>
        </w:rPr>
      </w:pPr>
    </w:p>
    <w:p w:rsidR="000A1F56" w:rsidRPr="003F5E82" w:rsidRDefault="003B0CB9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A1F56" w:rsidRPr="003F5E82" w:rsidRDefault="003B0CB9">
      <w:pPr>
        <w:autoSpaceDE w:val="0"/>
        <w:autoSpaceDN w:val="0"/>
        <w:spacing w:before="262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A1F56" w:rsidRPr="003F5E82" w:rsidRDefault="003B0CB9">
      <w:pPr>
        <w:autoSpaceDE w:val="0"/>
        <w:autoSpaceDN w:val="0"/>
        <w:spacing w:before="166" w:after="0"/>
        <w:ind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0A1F56" w:rsidRPr="003F5E82" w:rsidRDefault="003B0CB9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применения свойств простых графических материалов в самостоятельной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6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A1F56" w:rsidRPr="003F5E82" w:rsidRDefault="003B0CB9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A1F56" w:rsidRPr="003F5E82" w:rsidRDefault="003B0CB9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6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0A1F56" w:rsidRPr="003F5E82" w:rsidRDefault="003B0CB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3F5E82">
        <w:rPr>
          <w:lang w:val="ru-RU"/>
        </w:rPr>
        <w:br/>
      </w: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A1F56" w:rsidRPr="003F5E82" w:rsidRDefault="003B0CB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3F5E82">
        <w:rPr>
          <w:lang w:val="ru-RU"/>
        </w:rPr>
        <w:tab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4" w:line="220" w:lineRule="exact"/>
        <w:rPr>
          <w:lang w:val="ru-RU"/>
        </w:rPr>
      </w:pPr>
    </w:p>
    <w:p w:rsidR="000A1F56" w:rsidRDefault="003B0CB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A1F56" w:rsidRPr="003F5E8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№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Дата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Виды,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формы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(цифровые)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A1F56" w:rsidRPr="003F5E82" w:rsidTr="009A1441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</w:tr>
      <w:tr w:rsidR="000A1F56" w:rsidRPr="003F5E8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Модуль 1.</w:t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0A1F56" w:rsidRPr="00DB288F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3F5E82">
              <w:rPr>
                <w:rFonts w:ascii="Times New Roman" w:hAnsi="Times New Roman" w:cs="Times New Roman"/>
              </w:rPr>
              <w:br/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A1441" w:rsidRPr="009A1441">
              <w:rPr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материалами (карандашами, мелками, красками и т. д.) сделан рисунок;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3F5E82">
              <w:rPr>
                <w:rFonts w:ascii="Times New Roman" w:hAnsi="Times New Roman" w:cs="Times New Roman"/>
              </w:rPr>
              <w:br/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9A1441" w:rsidRPr="009A1441">
              <w:rPr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Объяснять расположение изображения на листе и выбор вертикального или горизонтального формата;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3F5E82">
              <w:rPr>
                <w:rFonts w:ascii="Times New Roman" w:hAnsi="Times New Roman" w:cs="Times New Roman"/>
              </w:rPr>
              <w:br/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3F5E82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Итого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модулю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rFonts w:ascii="Times New Roman" w:hAnsi="Times New Roman" w:cs="Times New Roman"/>
              </w:rPr>
            </w:pPr>
          </w:p>
        </w:tc>
      </w:tr>
      <w:tr w:rsidR="000A1F56" w:rsidRPr="003F5E82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Модуль 2.</w:t>
            </w: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Осваивать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последовательность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выполнения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рисунка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опрос;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Устный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r w:rsidRPr="003F5E82">
              <w:rPr>
                <w:rFonts w:ascii="Times New Roman" w:hAnsi="Times New Roman" w:cs="Times New Roman"/>
              </w:rPr>
              <w:br/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опрос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; </w:t>
            </w:r>
            <w:r w:rsidRPr="003F5E82">
              <w:rPr>
                <w:rFonts w:ascii="Times New Roman" w:hAnsi="Times New Roman" w:cs="Times New Roman"/>
              </w:rPr>
              <w:br/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.09.2022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Осваивать навыки работы графическими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работа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</w:rPr>
            </w:pP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Осваивать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последовательность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выполнения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рисунка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Устный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 xml:space="preserve">опрос; </w:t>
            </w:r>
            <w:r w:rsidRPr="003F5E82">
              <w:rPr>
                <w:rFonts w:ascii="Times New Roman" w:hAnsi="Times New Roman" w:cs="Times New Roman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lang w:val="ru-RU"/>
              </w:rPr>
            </w:pP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rFonts w:ascii="Times New Roman" w:hAnsi="Times New Roman" w:cs="Times New Roman"/>
                <w:lang w:val="ru-RU"/>
              </w:rPr>
              <w:br/>
            </w:r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A1F56" w:rsidRPr="003F5E82" w:rsidRDefault="000A1F56">
      <w:pPr>
        <w:autoSpaceDE w:val="0"/>
        <w:autoSpaceDN w:val="0"/>
        <w:spacing w:after="0" w:line="14" w:lineRule="exact"/>
        <w:rPr>
          <w:lang w:val="ru-RU"/>
        </w:rPr>
      </w:pPr>
    </w:p>
    <w:p w:rsidR="000A1F56" w:rsidRPr="003F5E82" w:rsidRDefault="000A1F56">
      <w:pPr>
        <w:rPr>
          <w:lang w:val="ru-RU"/>
        </w:rPr>
        <w:sectPr w:rsidR="000A1F56" w:rsidRPr="003F5E82" w:rsidSect="00A53F32">
          <w:pgSz w:w="16840" w:h="11900" w:orient="landscape"/>
          <w:pgMar w:top="280" w:right="666" w:bottom="282" w:left="640" w:header="720" w:footer="720" w:gutter="0"/>
          <w:cols w:space="720" w:equalWidth="0">
            <w:col w:w="1589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A1F56" w:rsidRPr="00DB288F">
        <w:trPr>
          <w:trHeight w:hRule="exact" w:val="930"/>
        </w:trPr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5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3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0A1F56">
            <w:pPr>
              <w:rPr>
                <w:lang w:val="ru-RU"/>
              </w:rPr>
            </w:pPr>
          </w:p>
        </w:tc>
      </w:tr>
    </w:tbl>
    <w:p w:rsidR="000A1F56" w:rsidRPr="003F5E82" w:rsidRDefault="000A1F56">
      <w:pPr>
        <w:autoSpaceDE w:val="0"/>
        <w:autoSpaceDN w:val="0"/>
        <w:spacing w:after="0" w:line="918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форму пятна с опытом зрительных впечатлений;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Линейный тематический рисунок (линия-рассказчица) на сюжет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стихов С. Я. Маршака, А. Л. </w:t>
            </w:r>
            <w:proofErr w:type="spellStart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Д. Хармса, С. В. Михалкова и др. </w:t>
            </w:r>
            <w:r w:rsidRPr="009A144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(по выбору учителя) с простым весёлым, озорным развитием сюжета;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графическое пятно как основу изобразительного образа;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Соотносить форму пятна с опытом зрительных впечатлений;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10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.10.2022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Приобрести новый опыт наблюдения окружающей реальности;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/>
        </w:tc>
      </w:tr>
      <w:tr w:rsidR="009A144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.11.2022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гуашью в условиях школьного урока;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A1441" w:rsidRPr="009A1441">
              <w:rPr>
                <w:rFonts w:ascii="Times New Roman" w:hAnsi="Times New Roman" w:cs="Times New Roman"/>
                <w:sz w:val="16"/>
                <w:szCs w:val="16"/>
              </w:rPr>
              <w:t>.11.2022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ассоциативные представления, связанные с каждым цветом;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6A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.11.2022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A1F56" w:rsidRPr="003F5E82" w:rsidRDefault="000A1F56">
      <w:pPr>
        <w:autoSpaceDE w:val="0"/>
        <w:autoSpaceDN w:val="0"/>
        <w:spacing w:after="0" w:line="14" w:lineRule="exact"/>
        <w:rPr>
          <w:lang w:val="ru-RU"/>
        </w:rPr>
      </w:pPr>
    </w:p>
    <w:p w:rsidR="000A1F56" w:rsidRPr="003F5E82" w:rsidRDefault="000A1F56">
      <w:pPr>
        <w:autoSpaceDE w:val="0"/>
        <w:autoSpaceDN w:val="0"/>
        <w:spacing w:after="0" w:line="14" w:lineRule="exact"/>
        <w:rPr>
          <w:lang w:val="ru-RU"/>
        </w:rPr>
      </w:pPr>
    </w:p>
    <w:p w:rsidR="000A1F56" w:rsidRPr="003F5E82" w:rsidRDefault="000A1F56">
      <w:pPr>
        <w:rPr>
          <w:lang w:val="ru-RU"/>
        </w:rPr>
        <w:sectPr w:rsidR="000A1F56" w:rsidRPr="003F5E82" w:rsidSect="00A53F32">
          <w:pgSz w:w="16840" w:h="11900" w:orient="landscape"/>
          <w:pgMar w:top="634" w:right="666" w:bottom="0" w:left="640" w:header="720" w:footer="720" w:gutter="0"/>
          <w:cols w:space="720" w:equalWidth="0">
            <w:col w:w="15540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67364D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.11.2022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красками рисунок с весёлым или грустным настроением;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7" w:lineRule="auto"/>
              <w:ind w:left="72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наблюдения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67364D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364D">
              <w:rPr>
                <w:rFonts w:ascii="Times New Roman" w:hAnsi="Times New Roman" w:cs="Times New Roman"/>
                <w:sz w:val="16"/>
                <w:szCs w:val="16"/>
              </w:rPr>
              <w:t>22.11.2022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рисунок цветка или цветов на основе демонстрируемых фотографий или по представлению;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50" w:lineRule="auto"/>
              <w:ind w:left="72" w:right="576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аппликации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смешанной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технике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67364D" w:rsidRDefault="0067364D" w:rsidP="009A1441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29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270"/>
              <w:jc w:val="both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45" w:lineRule="auto"/>
              <w:ind w:left="72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871999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монотипии для развития живописных умений и воображения;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свойства симметрии;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0A1F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F5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1441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Модуль</w:t>
            </w:r>
            <w:proofErr w:type="spellEnd"/>
            <w:r w:rsidRPr="009A1441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4.</w:t>
            </w:r>
            <w:r w:rsidRPr="009A144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9A144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Скульптура</w:t>
            </w:r>
            <w:proofErr w:type="spellEnd"/>
          </w:p>
        </w:tc>
      </w:tr>
      <w:tr w:rsidR="009A1441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6A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первичные навыки лепки —изображения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45" w:lineRule="auto"/>
              <w:ind w:left="72" w:right="288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скручивания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6A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4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6A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Овладевать первичными навыками работы в объёмной аппликации и коллаже;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9A1441" w:rsidRPr="00A90FE4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9A1441" w:rsidRDefault="009A1441" w:rsidP="007E6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6A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</w:t>
            </w:r>
            <w:r w:rsidRPr="009A1441">
              <w:rPr>
                <w:rFonts w:ascii="Times New Roman" w:hAnsi="Times New Roman" w:cs="Times New Roman"/>
                <w:sz w:val="16"/>
                <w:szCs w:val="16"/>
              </w:rPr>
              <w:t>.12.2022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глиняные игрушки известных народных художественных промыслов;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строение формы, частей и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пропорций игрушки выбранного промысла; Осваивать этапы лепки формы игрушки и её частей;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90FE4" w:rsidRDefault="00DB288F" w:rsidP="00A90FE4">
            <w:pPr>
              <w:shd w:val="clear" w:color="auto" w:fill="FFFFFF"/>
              <w:spacing w:after="0" w:line="240" w:lineRule="auto"/>
              <w:textAlignment w:val="top"/>
              <w:rPr>
                <w:rFonts w:ascii="Calibri" w:eastAsia="Calibri" w:hAnsi="Calibri" w:cs="Times New Roman"/>
                <w:sz w:val="16"/>
                <w:szCs w:val="16"/>
              </w:rPr>
            </w:pPr>
            <w:hyperlink r:id="rId6" w:history="1">
              <w:r w:rsidR="009A1441" w:rsidRPr="00A90FE4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</w:rPr>
                <w:t>https://infourok.ru/biblioteka/izo-mhk/type-56</w:t>
              </w:r>
            </w:hyperlink>
            <w:r w:rsidR="009A1441" w:rsidRPr="00A90FE4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A1441" w:rsidRPr="00A90FE4" w:rsidRDefault="009A144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16"/>
                <w:szCs w:val="16"/>
              </w:rPr>
            </w:pPr>
          </w:p>
        </w:tc>
      </w:tr>
      <w:tr w:rsidR="000A1F56" w:rsidRPr="00DB288F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5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7E6A6B" w:rsidRDefault="007E6A6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10.01.23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приёмы создания объёмных изображений из бумаги;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6"/>
                <w:szCs w:val="16"/>
                <w:lang w:val="ru-RU"/>
              </w:rPr>
            </w:pP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Российская электронная школа </w:t>
            </w:r>
            <w:r w:rsidRPr="00A90FE4">
              <w:rPr>
                <w:sz w:val="16"/>
                <w:szCs w:val="16"/>
                <w:lang w:val="ru-RU"/>
              </w:rPr>
              <w:br/>
            </w: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(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resh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edu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ru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)</w:t>
            </w:r>
          </w:p>
        </w:tc>
      </w:tr>
      <w:tr w:rsidR="000A1F56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0A1F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F56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9A1441" w:rsidRDefault="003B0C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9A1441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5. </w:t>
            </w:r>
            <w:r w:rsidRPr="009A144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Декоративно-прикладное искусство</w:t>
            </w:r>
          </w:p>
        </w:tc>
      </w:tr>
    </w:tbl>
    <w:p w:rsidR="000A1F56" w:rsidRDefault="000A1F56">
      <w:pPr>
        <w:autoSpaceDE w:val="0"/>
        <w:autoSpaceDN w:val="0"/>
        <w:spacing w:after="0" w:line="14" w:lineRule="exact"/>
      </w:pPr>
    </w:p>
    <w:p w:rsidR="000A1F56" w:rsidRDefault="000A1F56">
      <w:pPr>
        <w:sectPr w:rsidR="000A1F56" w:rsidSect="00A53F32">
          <w:pgSz w:w="16840" w:h="11900" w:orient="landscape"/>
          <w:pgMar w:top="514" w:right="666" w:bottom="284" w:left="640" w:header="720" w:footer="720" w:gutter="0"/>
          <w:cols w:space="720" w:equalWidth="0">
            <w:col w:w="15660" w:space="0"/>
          </w:cols>
          <w:docGrid w:linePitch="360"/>
        </w:sectPr>
      </w:pPr>
    </w:p>
    <w:p w:rsidR="000A1F56" w:rsidRDefault="000A1F56">
      <w:pPr>
        <w:autoSpaceDE w:val="0"/>
        <w:autoSpaceDN w:val="0"/>
        <w:spacing w:after="66" w:line="220" w:lineRule="exact"/>
      </w:pPr>
    </w:p>
    <w:tbl>
      <w:tblPr>
        <w:tblW w:w="1791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  <w:gridCol w:w="804"/>
        <w:gridCol w:w="804"/>
        <w:gridCol w:w="804"/>
      </w:tblGrid>
      <w:tr w:rsidR="000A1F56" w:rsidRPr="00DB288F" w:rsidTr="0067364D">
        <w:trPr>
          <w:gridAfter w:val="3"/>
          <w:wAfter w:w="2412" w:type="dxa"/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7E6A6B" w:rsidRDefault="007E6A6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17.01.23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эстетически характеризовать различные примеры узоров в природе (на основе фотографий);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 w:rsidTr="0067364D">
        <w:trPr>
          <w:gridAfter w:val="3"/>
          <w:wAfter w:w="2412" w:type="dxa"/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7E6A6B" w:rsidRDefault="0067364D" w:rsidP="007E6A6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17.01.23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и делать ассоциативные сопоставления с орнаментами в предметах 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7E6A6B" w:rsidRPr="00DB288F" w:rsidTr="0067364D">
        <w:trPr>
          <w:gridAfter w:val="3"/>
          <w:wAfter w:w="2412" w:type="dxa"/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Представления о симметрии и наблюдение её в природе. Последовательное ведение работы над изображением бабочки по представлению,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7E6A6B" w:rsidRDefault="0067364D" w:rsidP="007E6A6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24.01.23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бабочки, украсив узорами её крылья;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использования правил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симметрии при выполнении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7E6A6B" w:rsidRPr="00DB288F" w:rsidTr="0067364D">
        <w:trPr>
          <w:gridAfter w:val="3"/>
          <w:wAfter w:w="2412" w:type="dxa"/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67364D" w:rsidP="007E6A6B"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31.01.23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выполненных орнаментов; Определять в предложенных орнаментах мотивы изображения: растительные,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геометрические, анималистические;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7E6A6B" w:rsidRPr="00DB288F" w:rsidTr="0067364D">
        <w:trPr>
          <w:gridAfter w:val="3"/>
          <w:wAfter w:w="2412" w:type="dxa"/>
          <w:trHeight w:hRule="exact" w:val="10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67364D" w:rsidP="007E6A6B"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31.01.23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творческое орнаментальное стилизованное изображение цветка, птицы и др.</w:t>
            </w:r>
          </w:p>
          <w:p w:rsidR="007E6A6B" w:rsidRPr="003F5E82" w:rsidRDefault="007E6A6B" w:rsidP="007E6A6B">
            <w:pPr>
              <w:autoSpaceDE w:val="0"/>
              <w:autoSpaceDN w:val="0"/>
              <w:spacing w:before="20" w:after="0" w:line="245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(по выбору) в круге или в квадрате (без раппорта);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7E6A6B" w:rsidRPr="00A90FE4" w:rsidTr="0067364D">
        <w:trPr>
          <w:gridAfter w:val="3"/>
          <w:wAfter w:w="2412" w:type="dxa"/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7E6A6B" w:rsidRDefault="0067364D" w:rsidP="007E6A6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07.02.23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3F5E82" w:rsidRDefault="007E6A6B" w:rsidP="007E6A6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орнамент, украшающий игрушку выбранного промысла; Выполнить на бумаге красками рисунок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орнамента выбранной игрушки;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Default="007E6A6B" w:rsidP="007E6A6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E6A6B" w:rsidRPr="00A90FE4" w:rsidRDefault="00DB288F" w:rsidP="007E6A6B">
            <w:pPr>
              <w:shd w:val="clear" w:color="auto" w:fill="FFFFFF"/>
              <w:spacing w:after="0" w:line="240" w:lineRule="auto"/>
              <w:textAlignment w:val="top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hyperlink r:id="rId7" w:history="1">
              <w:r w:rsidR="007E6A6B" w:rsidRPr="00A90FE4">
                <w:rPr>
                  <w:rFonts w:ascii="Calibri" w:eastAsia="Times New Roman" w:hAnsi="Calibri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https://infourok.ru/biblioteka/izo-mhk/type-56</w:t>
              </w:r>
            </w:hyperlink>
          </w:p>
          <w:p w:rsidR="007E6A6B" w:rsidRPr="00A90FE4" w:rsidRDefault="007E6A6B" w:rsidP="007E6A6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16"/>
                <w:szCs w:val="16"/>
              </w:rPr>
            </w:pPr>
          </w:p>
        </w:tc>
      </w:tr>
      <w:tr w:rsidR="0067364D" w:rsidRPr="00DB288F" w:rsidTr="0067364D">
        <w:trPr>
          <w:gridAfter w:val="3"/>
          <w:wAfter w:w="2412" w:type="dxa"/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7E6A6B" w:rsidRDefault="0067364D" w:rsidP="0067364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14.02.23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технику оригами, сложение несложных фигурок;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A90FE4" w:rsidRDefault="0067364D" w:rsidP="0067364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6"/>
                <w:szCs w:val="16"/>
                <w:lang w:val="ru-RU"/>
              </w:rPr>
            </w:pP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Российская электронная школа </w:t>
            </w:r>
            <w:r w:rsidRPr="00A90FE4">
              <w:rPr>
                <w:sz w:val="16"/>
                <w:szCs w:val="16"/>
                <w:lang w:val="ru-RU"/>
              </w:rPr>
              <w:br/>
            </w: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(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resh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edu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ru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)</w:t>
            </w:r>
          </w:p>
        </w:tc>
      </w:tr>
      <w:tr w:rsidR="0067364D" w:rsidRPr="00DB288F" w:rsidTr="0067364D">
        <w:trPr>
          <w:gridAfter w:val="3"/>
          <w:wAfter w:w="2412" w:type="dxa"/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FD4C13" w:rsidRDefault="00FD4C13" w:rsidP="0067364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28.02.23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67364D" w:rsidRPr="00DB288F" w:rsidTr="0067364D">
        <w:trPr>
          <w:gridAfter w:val="3"/>
          <w:wAfter w:w="2412" w:type="dxa"/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FD4C13" w:rsidP="0067364D"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28.02.23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с бумагой,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Pr="003F5E82" w:rsidRDefault="0067364D" w:rsidP="0067364D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67364D" w:rsidTr="0067364D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/>
        </w:tc>
        <w:tc>
          <w:tcPr>
            <w:tcW w:w="804" w:type="dxa"/>
          </w:tcPr>
          <w:p w:rsidR="0067364D" w:rsidRDefault="0067364D" w:rsidP="0067364D"/>
        </w:tc>
        <w:tc>
          <w:tcPr>
            <w:tcW w:w="804" w:type="dxa"/>
          </w:tcPr>
          <w:p w:rsidR="0067364D" w:rsidRDefault="0067364D" w:rsidP="0067364D"/>
        </w:tc>
        <w:tc>
          <w:tcPr>
            <w:tcW w:w="804" w:type="dxa"/>
          </w:tcPr>
          <w:p w:rsidR="0067364D" w:rsidRPr="007E6A6B" w:rsidRDefault="0067364D" w:rsidP="0067364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14.02.23</w:t>
            </w:r>
          </w:p>
        </w:tc>
      </w:tr>
      <w:tr w:rsidR="0067364D" w:rsidTr="0067364D">
        <w:trPr>
          <w:gridAfter w:val="3"/>
          <w:wAfter w:w="2412" w:type="dxa"/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7364D" w:rsidRDefault="0067364D" w:rsidP="006736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</w:tbl>
    <w:p w:rsidR="000A1F56" w:rsidRDefault="000A1F56">
      <w:pPr>
        <w:autoSpaceDE w:val="0"/>
        <w:autoSpaceDN w:val="0"/>
        <w:spacing w:after="0" w:line="14" w:lineRule="exact"/>
      </w:pPr>
    </w:p>
    <w:p w:rsidR="000A1F56" w:rsidRDefault="000A1F56">
      <w:pPr>
        <w:sectPr w:rsidR="000A1F56" w:rsidSect="00A53F32">
          <w:pgSz w:w="16840" w:h="11900" w:orient="landscape"/>
          <w:pgMar w:top="970" w:right="666" w:bottom="284" w:left="640" w:header="720" w:footer="720" w:gutter="0"/>
          <w:cols w:space="720" w:equalWidth="0">
            <w:col w:w="15204" w:space="0"/>
          </w:cols>
          <w:docGrid w:linePitch="360"/>
        </w:sectPr>
      </w:pPr>
    </w:p>
    <w:p w:rsidR="000A1F56" w:rsidRDefault="000A1F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A1F56" w:rsidRPr="00DB288F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07.03.23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различные здания в окружающем мире (по фотографиям);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и составные части рассматриваемых зданий; Выполнить рисунок придуманного дома на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полученных впечатлений (техника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работы может быть любой, например с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мелких печаток);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356"/>
              <w:jc w:val="both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C13" w:rsidRDefault="00FD4C1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14.03.23</w:t>
            </w:r>
          </w:p>
          <w:p w:rsidR="000A1F56" w:rsidRDefault="00FD4C13">
            <w:r>
              <w:rPr>
                <w:sz w:val="16"/>
                <w:szCs w:val="16"/>
                <w:lang w:val="ru-RU"/>
              </w:rPr>
              <w:t>21.03.23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простых геометрических тел из бумаги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(параллелепипед, конус, пирамида) в качестве основы для домиков;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симметричного надрезания, вырезания деталей и др., чтобы получились крыши, окна, двери, лестницы для бумажных 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D4C13" w:rsidRDefault="00FD4C1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04.04.23</w:t>
            </w:r>
          </w:p>
          <w:p w:rsidR="000A1F56" w:rsidRDefault="00FD4C13">
            <w:r>
              <w:rPr>
                <w:sz w:val="16"/>
                <w:szCs w:val="16"/>
                <w:lang w:val="ru-RU"/>
              </w:rPr>
              <w:t>11.04.23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294"/>
              <w:jc w:val="both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0A1F56"/>
        </w:tc>
      </w:tr>
      <w:tr w:rsidR="000A1F5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0A1F56" w:rsidRPr="00A90FE4" w:rsidTr="00A90FE4">
        <w:trPr>
          <w:trHeight w:hRule="exact" w:val="121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18.04.23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разглядывать, анализировать детские работы с позиций их содержания и сюжета, настроения, расположения на листе, цветового содержания, соответствия учебной задаче, поставленной учителем;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0FE4" w:rsidRPr="00A90FE4" w:rsidRDefault="00DB288F" w:rsidP="00A90FE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8" w:history="1">
              <w:r w:rsidR="00A90FE4" w:rsidRPr="00A90FE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https://infourok.ru/biblioteka/izo-mhk/type-56</w:t>
              </w:r>
            </w:hyperlink>
          </w:p>
          <w:p w:rsidR="00A90FE4" w:rsidRPr="00EF0FF8" w:rsidRDefault="00A90FE4" w:rsidP="00A90FE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1F56" w:rsidRPr="00A90FE4" w:rsidTr="00A90FE4">
        <w:trPr>
          <w:trHeight w:hRule="exact" w:val="85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871999" w:rsidRDefault="00FD4C13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18.04.23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0FE4" w:rsidRPr="00A90FE4" w:rsidRDefault="00DB288F" w:rsidP="00A90FE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9" w:history="1">
              <w:r w:rsidR="00A90FE4" w:rsidRPr="00A90FE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https://infourok.ru/biblioteka/izo-mhk/type-56</w:t>
              </w:r>
            </w:hyperlink>
          </w:p>
          <w:p w:rsidR="000A1F56" w:rsidRPr="00EF0FF8" w:rsidRDefault="000A1F56" w:rsidP="00A90FE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6"/>
                <w:szCs w:val="16"/>
              </w:rPr>
            </w:pPr>
          </w:p>
        </w:tc>
      </w:tr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25.04.23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25.04.23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специально организованного общения со станковой картиной;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Обсуждение произведений с ярко выраженным эмоциональным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настроением или со сказочным сюжетом. Произведения В. М. 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 xml:space="preserve"> 02.05.23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02.05.23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и обсуждать зрительские впечатления и мысли;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</w:tbl>
    <w:p w:rsidR="000A1F56" w:rsidRPr="003F5E82" w:rsidRDefault="000A1F56">
      <w:pPr>
        <w:autoSpaceDE w:val="0"/>
        <w:autoSpaceDN w:val="0"/>
        <w:spacing w:after="0" w:line="14" w:lineRule="exact"/>
        <w:rPr>
          <w:lang w:val="ru-RU"/>
        </w:rPr>
      </w:pPr>
    </w:p>
    <w:p w:rsidR="000A1F56" w:rsidRPr="003F5E82" w:rsidRDefault="000A1F56">
      <w:pPr>
        <w:rPr>
          <w:lang w:val="ru-RU"/>
        </w:rPr>
        <w:sectPr w:rsidR="000A1F56" w:rsidRPr="003F5E82" w:rsidSect="00A53F32">
          <w:pgSz w:w="16840" w:h="11900" w:orient="landscape"/>
          <w:pgMar w:top="286" w:right="666" w:bottom="284" w:left="640" w:header="720" w:footer="720" w:gutter="0"/>
          <w:cols w:space="720" w:equalWidth="0">
            <w:col w:w="15888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584"/>
        <w:gridCol w:w="528"/>
        <w:gridCol w:w="1104"/>
        <w:gridCol w:w="1142"/>
        <w:gridCol w:w="804"/>
        <w:gridCol w:w="3410"/>
        <w:gridCol w:w="1080"/>
        <w:gridCol w:w="1382"/>
      </w:tblGrid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FD4C13">
            <w:r>
              <w:rPr>
                <w:sz w:val="16"/>
                <w:szCs w:val="16"/>
                <w:lang w:val="ru-RU"/>
              </w:rPr>
              <w:t>09.05.23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жизненным опытом зрителя;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 w:rsidRPr="00DB288F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А. Г. Венецианова И. И. Шишкина, А. А. </w:t>
            </w:r>
            <w:proofErr w:type="spellStart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871999">
            <w:r>
              <w:rPr>
                <w:sz w:val="16"/>
                <w:szCs w:val="16"/>
                <w:lang w:val="ru-RU"/>
              </w:rPr>
              <w:t>09.05.23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электронная школа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</w:tr>
      <w:tr w:rsidR="000A1F56">
        <w:trPr>
          <w:trHeight w:hRule="exact" w:val="350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0A1F56"/>
        </w:tc>
      </w:tr>
      <w:tr w:rsidR="000A1F5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0A1F56" w:rsidRPr="00A90FE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871999">
            <w:r>
              <w:rPr>
                <w:sz w:val="16"/>
                <w:szCs w:val="16"/>
                <w:lang w:val="ru-RU"/>
              </w:rPr>
              <w:t>16.05.23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фотографирования с целью эстетического и целенаправленного наблюдения 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0FE4" w:rsidRPr="00A90FE4" w:rsidRDefault="00DB288F" w:rsidP="00A90FE4">
            <w:pPr>
              <w:shd w:val="clear" w:color="auto" w:fill="FFFFFF"/>
              <w:textAlignment w:val="top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0" w:history="1">
              <w:r w:rsidR="00A90FE4" w:rsidRPr="00A90FE4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https://infourok.ru/biblioteka/izo-mhk/type-56</w:t>
              </w:r>
            </w:hyperlink>
          </w:p>
          <w:p w:rsidR="000A1F56" w:rsidRPr="00A90FE4" w:rsidRDefault="000A1F56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6"/>
                <w:szCs w:val="16"/>
              </w:rPr>
            </w:pPr>
          </w:p>
        </w:tc>
      </w:tr>
      <w:tr w:rsidR="000A1F56" w:rsidRPr="00A90FE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871999" w:rsidRDefault="0087199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23.05.23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3B0CB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6"/>
                <w:szCs w:val="16"/>
                <w:lang w:val="ru-RU"/>
              </w:rPr>
            </w:pP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Приобретать опыт обсуждения фотографий с точки зрения цели сделанного снимка, </w:t>
            </w:r>
            <w:r w:rsidRPr="00A90FE4">
              <w:rPr>
                <w:sz w:val="16"/>
                <w:szCs w:val="16"/>
                <w:lang w:val="ru-RU"/>
              </w:rPr>
              <w:br/>
            </w:r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3B0CB9">
            <w:pPr>
              <w:autoSpaceDE w:val="0"/>
              <w:autoSpaceDN w:val="0"/>
              <w:spacing w:before="78" w:after="0" w:line="245" w:lineRule="auto"/>
              <w:ind w:left="72"/>
              <w:rPr>
                <w:sz w:val="16"/>
                <w:szCs w:val="16"/>
              </w:rPr>
            </w:pP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A90FE4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90FE4" w:rsidRPr="00A90FE4" w:rsidRDefault="00DB288F" w:rsidP="00A90FE4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1" w:history="1">
              <w:r w:rsidR="00A90FE4" w:rsidRPr="00A90FE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https://infourok.ru/biblioteka/izo-mhk/type-56</w:t>
              </w:r>
            </w:hyperlink>
          </w:p>
          <w:p w:rsidR="000A1F56" w:rsidRPr="00A90FE4" w:rsidRDefault="000A1F56">
            <w:pPr>
              <w:autoSpaceDE w:val="0"/>
              <w:autoSpaceDN w:val="0"/>
              <w:spacing w:before="78" w:after="0" w:line="250" w:lineRule="auto"/>
              <w:ind w:left="72" w:right="432"/>
              <w:rPr>
                <w:sz w:val="16"/>
                <w:szCs w:val="16"/>
              </w:rPr>
            </w:pPr>
          </w:p>
        </w:tc>
      </w:tr>
      <w:tr w:rsidR="000A1F56">
        <w:trPr>
          <w:trHeight w:hRule="exact" w:val="348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A90FE4" w:rsidRDefault="000A1F56">
            <w:pPr>
              <w:rPr>
                <w:sz w:val="16"/>
                <w:szCs w:val="16"/>
              </w:rPr>
            </w:pPr>
          </w:p>
        </w:tc>
      </w:tr>
      <w:tr w:rsidR="000A1F56">
        <w:trPr>
          <w:trHeight w:hRule="exact" w:val="330"/>
        </w:trPr>
        <w:tc>
          <w:tcPr>
            <w:tcW w:w="6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6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0A1F56"/>
        </w:tc>
      </w:tr>
    </w:tbl>
    <w:p w:rsidR="000A1F56" w:rsidRDefault="000A1F56">
      <w:pPr>
        <w:autoSpaceDE w:val="0"/>
        <w:autoSpaceDN w:val="0"/>
        <w:spacing w:after="0" w:line="14" w:lineRule="exact"/>
      </w:pPr>
    </w:p>
    <w:p w:rsidR="000A1F56" w:rsidRDefault="000A1F56">
      <w:pPr>
        <w:sectPr w:rsidR="000A1F56" w:rsidSect="00A53F32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0A1F56" w:rsidRDefault="000A1F56">
      <w:pPr>
        <w:autoSpaceDE w:val="0"/>
        <w:autoSpaceDN w:val="0"/>
        <w:spacing w:after="78" w:line="220" w:lineRule="exact"/>
      </w:pPr>
    </w:p>
    <w:p w:rsidR="000A1F56" w:rsidRDefault="003B0CB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6"/>
        <w:gridCol w:w="992"/>
        <w:gridCol w:w="1276"/>
        <w:gridCol w:w="1436"/>
        <w:gridCol w:w="1164"/>
        <w:gridCol w:w="1574"/>
      </w:tblGrid>
      <w:tr w:rsidR="000A1F56" w:rsidTr="003679F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70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0A1F56" w:rsidTr="003679F7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Default="000A1F56"/>
        </w:tc>
        <w:tc>
          <w:tcPr>
            <w:tcW w:w="3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0A1F56" w:rsidRDefault="000A1F56"/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Default="000A1F56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56" w:rsidRDefault="000A1F56"/>
        </w:tc>
      </w:tr>
      <w:tr w:rsidR="009A1441" w:rsidTr="003679F7">
        <w:trPr>
          <w:trHeight w:hRule="exact" w:val="20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679F7">
              <w:rPr>
                <w:b/>
                <w:lang w:val="ru-RU"/>
              </w:rPr>
              <w:t>Восприятие произведений искусства</w:t>
            </w:r>
            <w:r w:rsidRPr="003679F7">
              <w:rPr>
                <w:lang w:val="ru-RU"/>
              </w:rPr>
              <w:t xml:space="preserve">. Восприятие детских рисунков. </w:t>
            </w:r>
            <w:r w:rsidRPr="009A1441">
              <w:rPr>
                <w:lang w:val="ru-RU"/>
              </w:rPr>
              <w:t>Навыки восприятия произведений детского творчества и формирование зрительских умений</w:t>
            </w:r>
            <w:r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06</w:t>
            </w:r>
            <w:r w:rsidR="009A1441" w:rsidRPr="00A4571D"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3679F7">
        <w:trPr>
          <w:trHeight w:hRule="exact" w:val="22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679F7">
              <w:rPr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t>Представление</w:t>
            </w:r>
            <w:proofErr w:type="spellEnd"/>
            <w:r>
              <w:t xml:space="preserve"> о </w:t>
            </w:r>
            <w:proofErr w:type="spellStart"/>
            <w:r>
              <w:t>различных</w:t>
            </w:r>
            <w:proofErr w:type="spellEnd"/>
            <w:r>
              <w:t xml:space="preserve"> </w:t>
            </w:r>
            <w:proofErr w:type="spellStart"/>
            <w:r>
              <w:t>художественных</w:t>
            </w:r>
            <w:proofErr w:type="spellEnd"/>
            <w:r>
              <w:t xml:space="preserve"> </w:t>
            </w:r>
            <w:proofErr w:type="spellStart"/>
            <w:r>
              <w:t>материалах</w:t>
            </w:r>
            <w:proofErr w:type="spellEnd"/>
            <w:r>
              <w:t xml:space="preserve">. </w:t>
            </w:r>
            <w:proofErr w:type="spellStart"/>
            <w:r>
              <w:t>Обсуждение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рисунка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13</w:t>
            </w:r>
            <w:r w:rsidR="009A1441" w:rsidRPr="00A4571D"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3679F7">
        <w:trPr>
          <w:trHeight w:hRule="exact" w:val="22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679F7">
              <w:rPr>
                <w:b/>
                <w:lang w:val="ru-RU"/>
              </w:rPr>
              <w:t>Графика.</w:t>
            </w:r>
            <w:r w:rsidRPr="003679F7">
              <w:rPr>
                <w:lang w:val="ru-RU"/>
              </w:rPr>
              <w:t xml:space="preserve"> Линейный рисунок. Разные виды линий. Линии в</w:t>
            </w:r>
            <w:r>
              <w:rPr>
                <w:lang w:val="ru-RU"/>
              </w:rPr>
              <w:t xml:space="preserve"> природе. </w:t>
            </w:r>
            <w:proofErr w:type="gramStart"/>
            <w:r>
              <w:rPr>
                <w:lang w:val="ru-RU"/>
              </w:rPr>
              <w:t xml:space="preserve">Ветки </w:t>
            </w:r>
            <w:r w:rsidRPr="003679F7">
              <w:rPr>
                <w:lang w:val="ru-RU"/>
              </w:rPr>
              <w:t>:</w:t>
            </w:r>
            <w:proofErr w:type="gramEnd"/>
            <w:r w:rsidRPr="003679F7">
              <w:rPr>
                <w:lang w:val="ru-RU"/>
              </w:rPr>
              <w:t xml:space="preserve"> тонкие — толстые, порывистые, угловатые, плавные и др. Графические материалы и их особенности. Приёмы рисования линией.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20</w:t>
            </w:r>
            <w:r w:rsidR="009A1441" w:rsidRPr="00A4571D"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3679F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Рисунок с натуры: рисунок листьев разной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27</w:t>
            </w:r>
            <w:r w:rsidR="009A1441" w:rsidRPr="00A4571D">
              <w:t>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3679F7">
        <w:trPr>
          <w:trHeight w:hRule="exact" w:val="27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3679F7">
              <w:rPr>
                <w:lang w:val="ru-RU"/>
              </w:rPr>
              <w:t>Последовательность рисунка. Первичные навыки определения пропорций и понимания их значения. От одного пятна — «тела»,</w:t>
            </w:r>
            <w:r>
              <w:rPr>
                <w:lang w:val="ru-RU"/>
              </w:rPr>
              <w:t xml:space="preserve"> </w:t>
            </w:r>
            <w:r w:rsidRPr="003679F7">
              <w:rPr>
                <w:lang w:val="ru-RU"/>
              </w:rPr>
              <w:t>меняя пропорции «лап» и «</w:t>
            </w:r>
            <w:r>
              <w:rPr>
                <w:lang w:val="ru-RU"/>
              </w:rPr>
              <w:t xml:space="preserve">шеи», получаем </w:t>
            </w:r>
            <w:r w:rsidRPr="003679F7">
              <w:rPr>
                <w:lang w:val="ru-RU"/>
              </w:rPr>
              <w:t>рисунки разных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04</w:t>
            </w:r>
            <w:r w:rsidR="009A1441" w:rsidRPr="00A4571D"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RPr="003679F7" w:rsidTr="003679F7">
        <w:trPr>
          <w:trHeight w:hRule="exact" w:val="1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679F7">
              <w:rPr>
                <w:lang w:val="ru-RU"/>
              </w:rPr>
              <w:t>Линейны</w:t>
            </w:r>
            <w:r>
              <w:rPr>
                <w:lang w:val="ru-RU"/>
              </w:rPr>
              <w:t xml:space="preserve">й тематический рисунок </w:t>
            </w:r>
            <w:r w:rsidRPr="003679F7">
              <w:rPr>
                <w:lang w:val="ru-RU"/>
              </w:rPr>
              <w:t xml:space="preserve"> на сюжет стихотворения или сюжет из жизни детей</w:t>
            </w:r>
            <w:r>
              <w:rPr>
                <w:lang w:val="ru-RU"/>
              </w:rPr>
              <w:t xml:space="preserve"> </w:t>
            </w:r>
            <w:r w:rsidRPr="003679F7">
              <w:rPr>
                <w:lang w:val="ru-RU"/>
              </w:rPr>
              <w:t xml:space="preserve"> с простым и весёлым повествовательным сюжетом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11</w:t>
            </w:r>
            <w:r w:rsidR="009A1441" w:rsidRPr="00A4571D"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A1441" w:rsidRPr="003679F7" w:rsidTr="003679F7">
        <w:trPr>
          <w:trHeight w:hRule="exact" w:val="27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7.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lang w:val="ru-RU"/>
              </w:rPr>
              <w:t xml:space="preserve"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 </w:t>
            </w:r>
            <w:proofErr w:type="spellStart"/>
            <w:r>
              <w:t>Тень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пример</w:t>
            </w:r>
            <w:proofErr w:type="spellEnd"/>
            <w:r>
              <w:t xml:space="preserve"> </w:t>
            </w:r>
            <w:proofErr w:type="spellStart"/>
            <w:r>
              <w:t>пятна</w:t>
            </w:r>
            <w:proofErr w:type="spellEnd"/>
            <w:r>
              <w:t xml:space="preserve">. </w:t>
            </w:r>
            <w:proofErr w:type="spellStart"/>
            <w:r>
              <w:t>Теневой</w:t>
            </w:r>
            <w:proofErr w:type="spellEnd"/>
            <w:r>
              <w:t xml:space="preserve"> </w:t>
            </w:r>
            <w:proofErr w:type="spellStart"/>
            <w:r>
              <w:t>театр</w:t>
            </w:r>
            <w:proofErr w:type="spellEnd"/>
            <w:r>
              <w:t xml:space="preserve">. </w:t>
            </w:r>
            <w:proofErr w:type="spellStart"/>
            <w:r>
              <w:t>Силуэт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4571D" w:rsidRDefault="002A16EA" w:rsidP="009A1441">
            <w:r>
              <w:t>18</w:t>
            </w:r>
            <w:r w:rsidR="009A1441" w:rsidRPr="00A4571D"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A1441" w:rsidTr="003679F7">
        <w:trPr>
          <w:trHeight w:hRule="exact" w:val="21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679F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679F7" w:rsidRDefault="009A1441">
            <w:pPr>
              <w:autoSpaceDE w:val="0"/>
              <w:autoSpaceDN w:val="0"/>
              <w:spacing w:before="98" w:after="0" w:line="271" w:lineRule="auto"/>
              <w:ind w:left="72" w:right="236"/>
              <w:jc w:val="both"/>
              <w:rPr>
                <w:lang w:val="ru-RU"/>
              </w:rPr>
            </w:pPr>
            <w:r w:rsidRPr="003679F7">
              <w:rPr>
                <w:lang w:val="ru-RU"/>
              </w:rPr>
              <w:t>Навыки работы на уроке с жидкой краской и кистью, уход за своим рабочим местом. Рассмотрение и анализ средств выражения — пятна и линии — в иллюстрациях художников к детским книгам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 w:rsidP="002A16EA">
            <w:r w:rsidRPr="00A4571D">
              <w:t>2</w:t>
            </w:r>
            <w:r w:rsidR="002A16EA">
              <w:rPr>
                <w:lang w:val="ru-RU"/>
              </w:rPr>
              <w:t>5</w:t>
            </w:r>
            <w:r w:rsidRPr="00A4571D">
              <w:t>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RPr="001A74F8" w:rsidTr="003679F7">
        <w:trPr>
          <w:trHeight w:hRule="exact" w:val="17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3F5E82" w:rsidRDefault="009A1441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1A74F8">
              <w:rPr>
                <w:b/>
                <w:lang w:val="ru-RU"/>
              </w:rPr>
              <w:t xml:space="preserve">Живопись. </w:t>
            </w:r>
            <w:r w:rsidRPr="003679F7">
              <w:rPr>
                <w:lang w:val="ru-RU"/>
              </w:rPr>
              <w:t xml:space="preserve">Цвет как одно из главных средств выражения в изобразительном искусстве. </w:t>
            </w:r>
            <w:r w:rsidRPr="001A74F8">
              <w:rPr>
                <w:lang w:val="ru-RU"/>
              </w:rPr>
              <w:t xml:space="preserve">Навыки работы гуашью в условиях </w:t>
            </w:r>
            <w:r>
              <w:rPr>
                <w:lang w:val="ru-RU"/>
              </w:rPr>
              <w:t xml:space="preserve"> </w:t>
            </w:r>
            <w:r w:rsidRPr="001A74F8">
              <w:rPr>
                <w:lang w:val="ru-RU"/>
              </w:rPr>
              <w:t>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1A74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A74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1A74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2A16EA" w:rsidP="009A1441">
            <w:r>
              <w:rPr>
                <w:lang w:val="ru-RU"/>
              </w:rPr>
              <w:t>08</w:t>
            </w:r>
            <w:r w:rsidR="009A1441" w:rsidRPr="002B5B21"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1A74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9A1441" w:rsidTr="003679F7">
        <w:trPr>
          <w:trHeight w:hRule="exact" w:val="22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A74F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 w:rsidRPr="003679F7">
              <w:rPr>
                <w:lang w:val="ru-RU"/>
              </w:rPr>
              <w:t xml:space="preserve">Три основных цвета. Ассоциативные представления, связанные с каждым из цветов. Навыки смешения красок и получения нового цвета. Эмоциональная выразительность цвета. </w:t>
            </w:r>
            <w:proofErr w:type="spellStart"/>
            <w:r>
              <w:t>Цвет</w:t>
            </w:r>
            <w:proofErr w:type="spellEnd"/>
            <w:r>
              <w:t xml:space="preserve"> </w:t>
            </w: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выражение</w:t>
            </w:r>
            <w:proofErr w:type="spellEnd"/>
            <w:r>
              <w:t xml:space="preserve"> </w:t>
            </w:r>
            <w:proofErr w:type="spellStart"/>
            <w:r>
              <w:t>настроения</w:t>
            </w:r>
            <w:proofErr w:type="spellEnd"/>
            <w:r>
              <w:t xml:space="preserve">, </w:t>
            </w:r>
            <w:proofErr w:type="spellStart"/>
            <w:r>
              <w:t>душевного</w:t>
            </w:r>
            <w:proofErr w:type="spellEnd"/>
            <w:r>
              <w:t xml:space="preserve"> </w:t>
            </w:r>
            <w:proofErr w:type="spellStart"/>
            <w:r>
              <w:t>состояния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9A1441" w:rsidP="002A16EA">
            <w:r w:rsidRPr="002B5B21">
              <w:t>1</w:t>
            </w:r>
            <w:r w:rsidR="002A16EA">
              <w:rPr>
                <w:lang w:val="ru-RU"/>
              </w:rPr>
              <w:t>5.</w:t>
            </w:r>
            <w:r w:rsidRPr="002B5B21">
              <w:t>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3679F7">
        <w:trPr>
          <w:trHeight w:hRule="exact" w:val="19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 w:rsidRPr="003679F7">
              <w:rPr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навыков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t>гуашью</w:t>
            </w:r>
            <w:proofErr w:type="spellEnd"/>
            <w:r>
              <w:t xml:space="preserve"> и </w:t>
            </w:r>
            <w:proofErr w:type="spellStart"/>
            <w:r>
              <w:t>навыков</w:t>
            </w:r>
            <w:proofErr w:type="spellEnd"/>
            <w:r>
              <w:t xml:space="preserve"> </w:t>
            </w:r>
            <w:proofErr w:type="spellStart"/>
            <w:r>
              <w:t>наблюдения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9A1441" w:rsidP="002A16EA">
            <w:r w:rsidRPr="002B5B21">
              <w:t>2</w:t>
            </w:r>
            <w:r w:rsidR="002A16EA">
              <w:rPr>
                <w:lang w:val="ru-RU"/>
              </w:rPr>
              <w:t>2</w:t>
            </w:r>
            <w:r w:rsidRPr="002B5B21">
              <w:t>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1A74F8">
        <w:trPr>
          <w:trHeight w:hRule="exact" w:val="19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679F7">
              <w:rPr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гуашью</w:t>
            </w:r>
            <w:proofErr w:type="spellEnd"/>
            <w:r>
              <w:t xml:space="preserve">, в </w:t>
            </w:r>
            <w:proofErr w:type="spellStart"/>
            <w:r>
              <w:t>технике</w:t>
            </w:r>
            <w:proofErr w:type="spellEnd"/>
            <w:r>
              <w:t xml:space="preserve"> </w:t>
            </w:r>
            <w:proofErr w:type="spellStart"/>
            <w:r>
              <w:t>аппликации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в </w:t>
            </w:r>
            <w:proofErr w:type="spellStart"/>
            <w:r>
              <w:t>смешанной</w:t>
            </w:r>
            <w:proofErr w:type="spellEnd"/>
            <w:r>
              <w:t xml:space="preserve"> </w:t>
            </w:r>
            <w:proofErr w:type="spellStart"/>
            <w:r>
              <w:t>технике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2A16EA" w:rsidP="002A16EA">
            <w:r>
              <w:t>29</w:t>
            </w:r>
            <w:r w:rsidR="009A1441" w:rsidRPr="002B5B21">
              <w:t>.1</w:t>
            </w:r>
            <w:r>
              <w:rPr>
                <w:lang w:val="ru-RU"/>
              </w:rPr>
              <w:t>1</w:t>
            </w:r>
            <w:r w:rsidR="009A1441" w:rsidRPr="002B5B21">
              <w:t>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1A74F8">
        <w:trPr>
          <w:trHeight w:hRule="exact" w:val="12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A74F8">
              <w:rPr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ассоциативного</w:t>
            </w:r>
            <w:proofErr w:type="spellEnd"/>
            <w:r>
              <w:t xml:space="preserve"> </w:t>
            </w:r>
            <w:proofErr w:type="spellStart"/>
            <w:r>
              <w:t>воображения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2A16EA" w:rsidP="009A1441">
            <w:r>
              <w:t>06</w:t>
            </w:r>
            <w:r w:rsidR="009A1441" w:rsidRPr="002B5B21"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1A74F8">
        <w:trPr>
          <w:trHeight w:hRule="exact" w:val="19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 w:rsidRPr="001A74F8">
              <w:rPr>
                <w:b/>
                <w:lang w:val="ru-RU"/>
              </w:rPr>
              <w:t>Скульптура.</w:t>
            </w:r>
            <w:r>
              <w:rPr>
                <w:lang w:val="ru-RU"/>
              </w:rPr>
              <w:t xml:space="preserve"> </w:t>
            </w:r>
            <w:r w:rsidRPr="001A74F8">
              <w:rPr>
                <w:lang w:val="ru-RU"/>
              </w:rPr>
              <w:t xml:space="preserve"> Изображение в объёме. Приёмы работы с плас</w:t>
            </w:r>
            <w:r>
              <w:rPr>
                <w:lang w:val="ru-RU"/>
              </w:rPr>
              <w:t>тилином</w:t>
            </w:r>
            <w:r w:rsidRPr="001A74F8">
              <w:rPr>
                <w:lang w:val="ru-RU"/>
              </w:rPr>
              <w:t xml:space="preserve">. Лепка зверушек из цельной формы (черепашки, ёжика, зайчика и т. д.). </w:t>
            </w:r>
            <w:proofErr w:type="spellStart"/>
            <w:r>
              <w:t>Приёмы</w:t>
            </w:r>
            <w:proofErr w:type="spellEnd"/>
            <w:r>
              <w:t xml:space="preserve"> </w:t>
            </w:r>
            <w:proofErr w:type="spellStart"/>
            <w:r>
              <w:t>вытягивания</w:t>
            </w:r>
            <w:proofErr w:type="spellEnd"/>
            <w:r>
              <w:t xml:space="preserve">, </w:t>
            </w:r>
            <w:proofErr w:type="spellStart"/>
            <w:r>
              <w:t>вдавливания</w:t>
            </w:r>
            <w:proofErr w:type="spellEnd"/>
            <w:r>
              <w:t xml:space="preserve">, </w:t>
            </w:r>
            <w:proofErr w:type="spellStart"/>
            <w:r>
              <w:t>сгибания</w:t>
            </w:r>
            <w:proofErr w:type="spellEnd"/>
            <w:r>
              <w:t xml:space="preserve">, </w:t>
            </w:r>
            <w:proofErr w:type="spellStart"/>
            <w:r>
              <w:t>скручивания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2B5B21" w:rsidRDefault="002A16EA" w:rsidP="009A1441">
            <w:r>
              <w:t>13</w:t>
            </w:r>
            <w:r w:rsidR="009A1441" w:rsidRPr="002B5B21"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0A1F56" w:rsidRDefault="000A1F56">
      <w:pPr>
        <w:autoSpaceDE w:val="0"/>
        <w:autoSpaceDN w:val="0"/>
        <w:spacing w:after="0" w:line="14" w:lineRule="exact"/>
      </w:pPr>
    </w:p>
    <w:p w:rsidR="000A1F56" w:rsidRDefault="000A1F56">
      <w:pPr>
        <w:sectPr w:rsidR="000A1F56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1F56" w:rsidRDefault="000A1F5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6"/>
        <w:gridCol w:w="992"/>
        <w:gridCol w:w="1276"/>
        <w:gridCol w:w="1436"/>
        <w:gridCol w:w="1164"/>
        <w:gridCol w:w="1574"/>
      </w:tblGrid>
      <w:tr w:rsidR="009A1441" w:rsidTr="001A74F8">
        <w:trPr>
          <w:trHeight w:hRule="exact" w:val="156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A74F8">
              <w:rPr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Pr="00A05C9E" w:rsidRDefault="002A16EA" w:rsidP="009A1441">
            <w:r>
              <w:t>20</w:t>
            </w:r>
            <w:r w:rsidR="009A1441" w:rsidRPr="00A05C9E"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9A1441" w:rsidTr="001A74F8">
        <w:trPr>
          <w:trHeight w:hRule="exact" w:val="23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9A1441" w:rsidRPr="001A74F8" w:rsidRDefault="009A144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A74F8">
              <w:rPr>
                <w:lang w:val="ru-RU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 w:rsidRPr="001A74F8">
              <w:rPr>
                <w:lang w:val="ru-RU"/>
              </w:rPr>
              <w:t>каргопольская</w:t>
            </w:r>
            <w:proofErr w:type="spellEnd"/>
            <w:r w:rsidRPr="001A74F8">
              <w:rPr>
                <w:lang w:val="ru-RU"/>
              </w:rPr>
              <w:t xml:space="preserve"> игрушки или по выбору учителя с учётом местных промыслов)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2A16EA" w:rsidP="009A1441">
            <w:r>
              <w:t>27</w:t>
            </w:r>
            <w:r w:rsidR="009A1441" w:rsidRPr="00A05C9E">
              <w:t>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441" w:rsidRDefault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3F5E82" w:rsidRDefault="003B0CB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Объемная аппликация из бумаги и картона.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10.01.23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18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1A74F8" w:rsidRDefault="001A74F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A74F8">
              <w:rPr>
                <w:b/>
                <w:lang w:val="ru-RU"/>
              </w:rPr>
              <w:t>Декоративно-прикладное искусство.</w:t>
            </w:r>
            <w:r>
              <w:rPr>
                <w:lang w:val="ru-RU"/>
              </w:rPr>
              <w:t xml:space="preserve"> </w:t>
            </w:r>
            <w:r w:rsidRPr="001A74F8">
              <w:rPr>
                <w:lang w:val="ru-RU"/>
              </w:rPr>
              <w:t xml:space="preserve">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17.01.23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2417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6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1A74F8" w:rsidRDefault="001A74F8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1A74F8">
              <w:rPr>
                <w:lang w:val="ru-RU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24.01.23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18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1A74F8" w:rsidRDefault="001A74F8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1A74F8">
              <w:rPr>
                <w:lang w:val="ru-RU"/>
              </w:rPr>
              <w:t>Узоры и орнаменты, создаваемые людьми, и разнообразие их видов. Орнаменты геометрические и растительные. Декоративная композиция в круге или полос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31.01.23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183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1A74F8" w:rsidRDefault="001A74F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A74F8">
              <w:rPr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1A74F8">
              <w:rPr>
                <w:lang w:val="ru-RU"/>
              </w:rPr>
              <w:t>каргопольская</w:t>
            </w:r>
            <w:proofErr w:type="spellEnd"/>
            <w:r w:rsidRPr="001A74F8">
              <w:rPr>
                <w:lang w:val="ru-RU"/>
              </w:rPr>
              <w:t xml:space="preserve"> игрушка или по выбору учителя с учётом местных промыслов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07.02.23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9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Default="001A74F8">
            <w:pPr>
              <w:autoSpaceDE w:val="0"/>
              <w:autoSpaceDN w:val="0"/>
              <w:spacing w:before="98" w:after="0" w:line="230" w:lineRule="auto"/>
              <w:ind w:left="72"/>
            </w:pPr>
            <w:r w:rsidRPr="001A74F8">
              <w:rPr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t>Приёмы</w:t>
            </w:r>
            <w:proofErr w:type="spellEnd"/>
            <w:r>
              <w:t xml:space="preserve"> </w:t>
            </w:r>
            <w:proofErr w:type="spellStart"/>
            <w:r>
              <w:t>складывания</w:t>
            </w:r>
            <w:proofErr w:type="spellEnd"/>
            <w:r>
              <w:t xml:space="preserve"> </w:t>
            </w:r>
            <w:proofErr w:type="spellStart"/>
            <w:r>
              <w:t>бумаги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14.02.23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A1F56" w:rsidTr="001A74F8">
        <w:trPr>
          <w:trHeight w:hRule="exact" w:val="12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A1F56" w:rsidRPr="001A74F8" w:rsidRDefault="001A74F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A74F8">
              <w:rPr>
                <w:lang w:val="ru-RU"/>
              </w:rPr>
              <w:t xml:space="preserve">Форма и украшение бытовых предметов. Приёмы </w:t>
            </w:r>
            <w:proofErr w:type="spellStart"/>
            <w:r w:rsidRPr="001A74F8">
              <w:rPr>
                <w:lang w:val="ru-RU"/>
              </w:rPr>
              <w:t>бумагопластики</w:t>
            </w:r>
            <w:proofErr w:type="spellEnd"/>
            <w:r w:rsidRPr="001A74F8">
              <w:rPr>
                <w:lang w:val="ru-RU"/>
              </w:rPr>
              <w:t>. Сумка или упаковка и её декор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Pr="001B516F" w:rsidRDefault="001B516F">
            <w:pPr>
              <w:rPr>
                <w:lang w:val="ru-RU"/>
              </w:rPr>
            </w:pPr>
            <w:r>
              <w:rPr>
                <w:lang w:val="ru-RU"/>
              </w:rPr>
              <w:t>28.02.23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1F56" w:rsidRDefault="003B0CB9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74F8" w:rsidTr="009A1441">
        <w:trPr>
          <w:trHeight w:hRule="exact" w:val="1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24.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74F8" w:rsidRPr="001A74F8" w:rsidRDefault="001A74F8" w:rsidP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A74F8">
              <w:rPr>
                <w:b/>
                <w:lang w:val="ru-RU"/>
              </w:rPr>
              <w:t>Архитектура.</w:t>
            </w:r>
            <w:r w:rsidRPr="001A74F8">
              <w:rPr>
                <w:lang w:val="ru-RU"/>
              </w:rPr>
              <w:t xml:space="preserve"> Наблюдение разнообразия архитектурных построек в окружающем мире по фотографиям, обсуждение их особенностей и составных частей зданий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Pr="001B516F" w:rsidRDefault="001B516F" w:rsidP="009A1441">
            <w:pPr>
              <w:rPr>
                <w:lang w:val="ru-RU"/>
              </w:rPr>
            </w:pPr>
            <w:r>
              <w:rPr>
                <w:lang w:val="ru-RU"/>
              </w:rPr>
              <w:t>07.03.23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74F8" w:rsidTr="009A1441">
        <w:trPr>
          <w:trHeight w:hRule="exact" w:val="255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74F8" w:rsidRPr="001A74F8" w:rsidRDefault="001A74F8" w:rsidP="009A144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A74F8">
              <w:rPr>
                <w:rFonts w:ascii="Times New Roman" w:hAnsi="Times New Roman" w:cs="Times New Roman"/>
                <w:lang w:val="ru-RU"/>
              </w:rPr>
              <w:t>Освоение приёмов конструирования из бумаги. Складывание объёмных простых геометрических</w:t>
            </w:r>
            <w:r w:rsidRPr="001A74F8">
              <w:rPr>
                <w:lang w:val="ru-RU"/>
              </w:rPr>
              <w:t xml:space="preserve"> тел. Овладение приёмами склеивания деталей, надрезания, вырезания деталей, использование приёмов симметрии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Pr="001B516F" w:rsidRDefault="001B516F" w:rsidP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B516F" w:rsidP="009A1441">
            <w:pPr>
              <w:rPr>
                <w:lang w:val="ru-RU"/>
              </w:rPr>
            </w:pPr>
            <w:r>
              <w:rPr>
                <w:lang w:val="ru-RU"/>
              </w:rPr>
              <w:t>14.03.23</w:t>
            </w:r>
          </w:p>
          <w:p w:rsidR="001B516F" w:rsidRPr="001B516F" w:rsidRDefault="001B516F" w:rsidP="009A1441">
            <w:pPr>
              <w:rPr>
                <w:lang w:val="ru-RU"/>
              </w:rPr>
            </w:pPr>
            <w:r>
              <w:rPr>
                <w:lang w:val="ru-RU"/>
              </w:rPr>
              <w:t>21.03.23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74F8" w:rsidTr="009A1441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1A74F8" w:rsidRPr="003F5E82" w:rsidRDefault="001A74F8" w:rsidP="009A1441">
            <w:pPr>
              <w:autoSpaceDE w:val="0"/>
              <w:autoSpaceDN w:val="0"/>
              <w:spacing w:before="100" w:after="0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Макетирование (</w:t>
            </w: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или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аппликации)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пространственной среды сказочного города.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Pr="001B516F" w:rsidRDefault="001B516F" w:rsidP="009A1441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B516F" w:rsidP="009A1441">
            <w:pPr>
              <w:rPr>
                <w:lang w:val="ru-RU"/>
              </w:rPr>
            </w:pPr>
            <w:r>
              <w:rPr>
                <w:lang w:val="ru-RU"/>
              </w:rPr>
              <w:t>04.04.23</w:t>
            </w:r>
          </w:p>
          <w:p w:rsidR="001B516F" w:rsidRPr="001B516F" w:rsidRDefault="001B516F" w:rsidP="009A1441">
            <w:pPr>
              <w:rPr>
                <w:lang w:val="ru-RU"/>
              </w:rPr>
            </w:pPr>
            <w:r>
              <w:rPr>
                <w:lang w:val="ru-RU"/>
              </w:rPr>
              <w:t>11.04.23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74F8" w:rsidRDefault="001A74F8" w:rsidP="009A1441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D0324" w:rsidTr="001A308C">
        <w:trPr>
          <w:trHeight w:hRule="exact" w:val="190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1A74F8">
              <w:rPr>
                <w:b/>
                <w:lang w:val="ru-RU"/>
              </w:rPr>
              <w:t>Восприятие произведений искусства.</w:t>
            </w:r>
            <w:r w:rsidRPr="001A74F8">
              <w:rPr>
                <w:lang w:val="ru-RU"/>
              </w:rPr>
              <w:t xml:space="preserve"> Восприятие произведений детского творчества. </w:t>
            </w:r>
            <w:proofErr w:type="spellStart"/>
            <w:r>
              <w:t>Обсуждение</w:t>
            </w:r>
            <w:proofErr w:type="spellEnd"/>
            <w:r>
              <w:t xml:space="preserve"> </w:t>
            </w:r>
            <w:proofErr w:type="spellStart"/>
            <w:r>
              <w:t>сюжетного</w:t>
            </w:r>
            <w:proofErr w:type="spellEnd"/>
            <w:r>
              <w:t xml:space="preserve"> и </w:t>
            </w:r>
            <w:proofErr w:type="spellStart"/>
            <w:r>
              <w:t>эмоционального</w:t>
            </w:r>
            <w:proofErr w:type="spellEnd"/>
            <w:r>
              <w:t xml:space="preserve"> </w:t>
            </w:r>
            <w:proofErr w:type="spellStart"/>
            <w:r>
              <w:t>содержания</w:t>
            </w:r>
            <w:proofErr w:type="spellEnd"/>
            <w:r>
              <w:t xml:space="preserve"> </w:t>
            </w:r>
            <w:proofErr w:type="spellStart"/>
            <w:r>
              <w:t>детских</w:t>
            </w:r>
            <w:proofErr w:type="spellEnd"/>
            <w: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4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1B516F" w:rsidRDefault="008D0324" w:rsidP="009A1441">
            <w:pPr>
              <w:rPr>
                <w:lang w:val="ru-RU"/>
              </w:rPr>
            </w:pPr>
            <w:r>
              <w:rPr>
                <w:lang w:val="ru-RU"/>
              </w:rPr>
              <w:t>18.04.23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D0324" w:rsidTr="001A308C">
        <w:trPr>
          <w:trHeight w:hRule="exact" w:val="1986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D0324" w:rsidRPr="001A74F8" w:rsidRDefault="008D0324" w:rsidP="009A1441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1A74F8">
              <w:rPr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</w:t>
            </w: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E02ECA" w:rsidRDefault="008D0324" w:rsidP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31554" w:rsidTr="00231554">
        <w:trPr>
          <w:trHeight w:val="13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31554" w:rsidRPr="003F5E82" w:rsidRDefault="00231554" w:rsidP="009A144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Рассматривание иллюстраций к детским книгам</w:t>
            </w:r>
          </w:p>
          <w:p w:rsidR="00E573CB" w:rsidRPr="003F5E82" w:rsidRDefault="00231554" w:rsidP="00E573C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35960">
              <w:rPr>
                <w:lang w:val="ru-RU"/>
              </w:rPr>
              <w:t xml:space="preserve">Знакомство с живописной картиной.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4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231554" w:rsidRDefault="00231554" w:rsidP="009A1441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Pr="008D0324" w:rsidRDefault="00231554" w:rsidP="009A1441">
            <w:pPr>
              <w:rPr>
                <w:lang w:val="ru-RU"/>
              </w:rPr>
            </w:pPr>
            <w:r>
              <w:rPr>
                <w:lang w:val="ru-RU"/>
              </w:rPr>
              <w:t>25.04.23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1554" w:rsidRDefault="00231554" w:rsidP="009A1441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8D0324" w:rsidRPr="008D0324" w:rsidTr="008F4010">
        <w:trPr>
          <w:trHeight w:hRule="exact" w:val="268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Default="008D0324" w:rsidP="008D03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  <w:p w:rsidR="008D0324" w:rsidRDefault="008D0324" w:rsidP="008D032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31554" w:rsidRDefault="008D0324" w:rsidP="0043596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35960">
              <w:rPr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 Васнецова, М.</w:t>
            </w:r>
            <w:r>
              <w:rPr>
                <w:lang w:val="ru-RU"/>
              </w:rPr>
              <w:t xml:space="preserve"> А. Врубеля и других художников</w:t>
            </w:r>
            <w:r w:rsidR="00231554">
              <w:rPr>
                <w:lang w:val="ru-RU"/>
              </w:rPr>
              <w:t>.</w:t>
            </w:r>
            <w:r w:rsidR="00231554" w:rsidRPr="00231554">
              <w:rPr>
                <w:lang w:val="ru-RU"/>
              </w:rPr>
              <w:t xml:space="preserve"> </w:t>
            </w:r>
          </w:p>
          <w:p w:rsidR="008D0324" w:rsidRPr="00435960" w:rsidRDefault="00231554" w:rsidP="0043596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31554">
              <w:rPr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8D0324" w:rsidRDefault="00E573CB" w:rsidP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8D0324" w:rsidRDefault="00E573CB" w:rsidP="009A144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8D0324" w:rsidRDefault="00E573CB" w:rsidP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8D0324" w:rsidRDefault="00E573CB" w:rsidP="009A1441">
            <w:pPr>
              <w:rPr>
                <w:lang w:val="ru-RU"/>
              </w:rPr>
            </w:pPr>
            <w:r>
              <w:rPr>
                <w:lang w:val="ru-RU"/>
              </w:rPr>
              <w:t>02.05.23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0324" w:rsidRPr="008D0324" w:rsidRDefault="00231554" w:rsidP="009A1441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35960" w:rsidTr="00435960">
        <w:trPr>
          <w:trHeight w:hRule="exact" w:val="26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E573CB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30</w:t>
            </w:r>
            <w:r w:rsidR="00435960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5960" w:rsidRPr="00435960" w:rsidRDefault="00435960" w:rsidP="0043596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35960">
              <w:rPr>
                <w:lang w:val="ru-RU"/>
              </w:rPr>
              <w:t xml:space="preserve">Ассоциации из личного опыта учащихся и оценка эмоционального содержания произведений. Произведения И. И. Левитана, А. Г. Венецианова И. И. Шишкина, А. А. </w:t>
            </w:r>
            <w:proofErr w:type="spellStart"/>
            <w:r w:rsidRPr="00435960">
              <w:rPr>
                <w:lang w:val="ru-RU"/>
              </w:rPr>
              <w:t>Пластова</w:t>
            </w:r>
            <w:proofErr w:type="spellEnd"/>
            <w:r w:rsidRPr="00435960">
              <w:rPr>
                <w:lang w:val="ru-RU"/>
              </w:rPr>
              <w:t>, К. Моне, В. Ван Гога и других художников по теме «Времена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Pr="008D0324" w:rsidRDefault="008D0324" w:rsidP="009A1441">
            <w:pPr>
              <w:rPr>
                <w:lang w:val="ru-RU"/>
              </w:rPr>
            </w:pPr>
            <w:r>
              <w:rPr>
                <w:lang w:val="ru-RU"/>
              </w:rPr>
              <w:t>9.05.23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35960" w:rsidTr="00435960">
        <w:trPr>
          <w:trHeight w:hRule="exact" w:val="1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E573CB" w:rsidP="009A144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  <w:r w:rsidR="00435960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5960" w:rsidRPr="00435960" w:rsidRDefault="00435960" w:rsidP="009A1441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435960">
              <w:rPr>
                <w:b/>
                <w:lang w:val="ru-RU"/>
              </w:rPr>
              <w:t>Азбука цифровой графики.</w:t>
            </w:r>
            <w:r w:rsidRPr="00435960">
              <w:rPr>
                <w:lang w:val="ru-RU"/>
              </w:rPr>
              <w:t xml:space="preserve"> Фотографирование мелких деталей природы, запечатление на фотографиях ярких зрительных впечатлений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Pr="00E573CB" w:rsidRDefault="00E573CB" w:rsidP="009A1441">
            <w:pPr>
              <w:rPr>
                <w:lang w:val="ru-RU"/>
              </w:rPr>
            </w:pPr>
            <w:r>
              <w:rPr>
                <w:lang w:val="ru-RU"/>
              </w:rPr>
              <w:t>16.05.23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10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35960" w:rsidTr="009A1441">
        <w:trPr>
          <w:trHeight w:hRule="exact" w:val="19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E573CB" w:rsidP="009A144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</w:t>
            </w:r>
            <w:r w:rsidR="00435960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5960" w:rsidRPr="003F5E82" w:rsidRDefault="00435960" w:rsidP="009A144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Обсуждение ученических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фотографий, </w:t>
            </w:r>
            <w:r w:rsidRPr="003F5E82">
              <w:rPr>
                <w:lang w:val="ru-RU"/>
              </w:rPr>
              <w:br/>
            </w: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соответствующих изучаемой теме.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Pr="00E573CB" w:rsidRDefault="00E573CB" w:rsidP="009A1441">
            <w:pPr>
              <w:rPr>
                <w:lang w:val="ru-RU"/>
              </w:rPr>
            </w:pPr>
            <w:r>
              <w:rPr>
                <w:lang w:val="ru-RU"/>
              </w:rPr>
              <w:t>23.05.23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35960" w:rsidTr="009A1441">
        <w:trPr>
          <w:trHeight w:hRule="exact" w:val="1986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5960" w:rsidRPr="003F5E82" w:rsidRDefault="00435960" w:rsidP="009A144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F5E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  <w:p w:rsidR="00435960" w:rsidRPr="008D0324" w:rsidRDefault="00435960" w:rsidP="009A144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P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Pr="00435960" w:rsidRDefault="00435960" w:rsidP="009A144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5960" w:rsidRDefault="00435960" w:rsidP="009A1441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A74F8" w:rsidRDefault="001A74F8" w:rsidP="001A74F8">
      <w:pPr>
        <w:autoSpaceDE w:val="0"/>
        <w:autoSpaceDN w:val="0"/>
        <w:spacing w:after="0" w:line="14" w:lineRule="exact"/>
      </w:pPr>
    </w:p>
    <w:p w:rsidR="001A74F8" w:rsidRDefault="001A74F8" w:rsidP="001A74F8">
      <w:pPr>
        <w:sectPr w:rsidR="001A74F8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1F56" w:rsidRDefault="000A1F56">
      <w:pPr>
        <w:autoSpaceDE w:val="0"/>
        <w:autoSpaceDN w:val="0"/>
        <w:spacing w:after="78" w:line="220" w:lineRule="exact"/>
      </w:pPr>
    </w:p>
    <w:p w:rsidR="000A1F56" w:rsidRDefault="003B0CB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A1F56" w:rsidRDefault="003B0CB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0A1F56" w:rsidRPr="003F5E82" w:rsidRDefault="003B0CB9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A1F56" w:rsidRPr="003F5E82" w:rsidRDefault="003B0CB9">
      <w:pPr>
        <w:autoSpaceDE w:val="0"/>
        <w:autoSpaceDN w:val="0"/>
        <w:spacing w:before="262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A1F56" w:rsidRPr="003F5E82" w:rsidRDefault="003B0CB9">
      <w:pPr>
        <w:autoSpaceDE w:val="0"/>
        <w:autoSpaceDN w:val="0"/>
        <w:spacing w:before="166" w:after="0" w:line="286" w:lineRule="auto"/>
        <w:ind w:right="1152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collektion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4. Каталог образовательных ресурсов сети Интернет для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 5. 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0A1F56" w:rsidRPr="003F5E82" w:rsidRDefault="003B0CB9">
      <w:pPr>
        <w:autoSpaceDE w:val="0"/>
        <w:autoSpaceDN w:val="0"/>
        <w:spacing w:before="262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A1F56" w:rsidRPr="003F5E82" w:rsidRDefault="003B0CB9">
      <w:pPr>
        <w:autoSpaceDE w:val="0"/>
        <w:autoSpaceDN w:val="0"/>
        <w:spacing w:before="166" w:after="0" w:line="286" w:lineRule="auto"/>
        <w:ind w:right="38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bi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training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soloveycenter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onlyege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ege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vpr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-4/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vpr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matematika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-4/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onlinetestpad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tests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39.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klassnye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resursy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/47-2-2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razum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uchebnye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prezentacii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nachalnaja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/18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chgk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5E8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vbg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kvint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0A1F56" w:rsidRPr="003F5E82" w:rsidRDefault="000A1F56">
      <w:pPr>
        <w:rPr>
          <w:lang w:val="ru-RU"/>
        </w:rPr>
        <w:sectPr w:rsidR="000A1F56" w:rsidRPr="003F5E8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A1F56" w:rsidRPr="003F5E82" w:rsidRDefault="000A1F56">
      <w:pPr>
        <w:autoSpaceDE w:val="0"/>
        <w:autoSpaceDN w:val="0"/>
        <w:spacing w:after="78" w:line="220" w:lineRule="exact"/>
        <w:rPr>
          <w:lang w:val="ru-RU"/>
        </w:rPr>
      </w:pPr>
    </w:p>
    <w:p w:rsidR="000A1F56" w:rsidRPr="003F5E82" w:rsidRDefault="003B0CB9">
      <w:pPr>
        <w:autoSpaceDE w:val="0"/>
        <w:autoSpaceDN w:val="0"/>
        <w:spacing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A1F56" w:rsidRPr="003F5E82" w:rsidRDefault="003B0CB9">
      <w:pPr>
        <w:autoSpaceDE w:val="0"/>
        <w:autoSpaceDN w:val="0"/>
        <w:spacing w:before="346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A1F56" w:rsidRPr="003F5E82" w:rsidRDefault="003B0CB9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Наборы сюжетных (предметных) картинок в соответствии с тематикой</w:t>
      </w:r>
    </w:p>
    <w:p w:rsidR="000A1F56" w:rsidRPr="003F5E82" w:rsidRDefault="003B0CB9">
      <w:pPr>
        <w:autoSpaceDE w:val="0"/>
        <w:autoSpaceDN w:val="0"/>
        <w:spacing w:before="262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0A1F56" w:rsidRPr="003F5E82" w:rsidRDefault="003B0CB9">
      <w:pPr>
        <w:autoSpaceDE w:val="0"/>
        <w:autoSpaceDN w:val="0"/>
        <w:spacing w:before="166" w:after="0" w:line="230" w:lineRule="auto"/>
        <w:rPr>
          <w:lang w:val="ru-RU"/>
        </w:rPr>
      </w:pPr>
      <w:r w:rsidRPr="003F5E82"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0A1F56" w:rsidRDefault="003B0CB9">
      <w:pPr>
        <w:autoSpaceDE w:val="0"/>
        <w:autoSpaceDN w:val="0"/>
        <w:spacing w:before="70" w:after="0" w:line="262" w:lineRule="auto"/>
        <w:ind w:right="9072"/>
      </w:pPr>
      <w:r>
        <w:rPr>
          <w:rFonts w:ascii="Times New Roman" w:eastAsia="Times New Roman" w:hAnsi="Times New Roman"/>
          <w:color w:val="000000"/>
          <w:sz w:val="24"/>
        </w:rPr>
        <w:t xml:space="preserve">2.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3. Компьютер </w:t>
      </w:r>
    </w:p>
    <w:p w:rsidR="000A1F56" w:rsidRDefault="000A1F56">
      <w:pPr>
        <w:sectPr w:rsidR="000A1F5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B0CB9" w:rsidRDefault="003B0CB9"/>
    <w:sectPr w:rsidR="003B0CB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1F56"/>
    <w:rsid w:val="0015074B"/>
    <w:rsid w:val="001A74F8"/>
    <w:rsid w:val="001B516F"/>
    <w:rsid w:val="00231554"/>
    <w:rsid w:val="0029639D"/>
    <w:rsid w:val="002A16EA"/>
    <w:rsid w:val="00326F90"/>
    <w:rsid w:val="003679F7"/>
    <w:rsid w:val="003B0CB9"/>
    <w:rsid w:val="003F5E82"/>
    <w:rsid w:val="00435960"/>
    <w:rsid w:val="004422A0"/>
    <w:rsid w:val="0067364D"/>
    <w:rsid w:val="006F08DE"/>
    <w:rsid w:val="007E6A6B"/>
    <w:rsid w:val="00871999"/>
    <w:rsid w:val="00896560"/>
    <w:rsid w:val="008D0324"/>
    <w:rsid w:val="009A1441"/>
    <w:rsid w:val="00A53F32"/>
    <w:rsid w:val="00A90FE4"/>
    <w:rsid w:val="00AA1D8D"/>
    <w:rsid w:val="00B47730"/>
    <w:rsid w:val="00B87340"/>
    <w:rsid w:val="00CB0664"/>
    <w:rsid w:val="00DB288F"/>
    <w:rsid w:val="00E02ECA"/>
    <w:rsid w:val="00E573CB"/>
    <w:rsid w:val="00EF0FF8"/>
    <w:rsid w:val="00FC693F"/>
    <w:rsid w:val="00FD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4EC2AFB-AC29-4DC5-8DC2-B0311B8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A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A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biblioteka/izo-mhk/type-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biblioteka/izo-mhk/type-56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biblioteka/izo-mhk/type-56" TargetMode="External"/><Relationship Id="rId11" Type="http://schemas.openxmlformats.org/officeDocument/2006/relationships/hyperlink" Target="https://infourok.ru/biblioteka/izo-mhk/type-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biblioteka/izo-mhk/type-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biblioteka/izo-mhk/type-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774B1F-34E5-43D7-A020-90B5EBBF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24</Pages>
  <Words>7207</Words>
  <Characters>41082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cp:lastPrinted>2022-09-21T11:31:00Z</cp:lastPrinted>
  <dcterms:created xsi:type="dcterms:W3CDTF">2022-09-21T10:35:00Z</dcterms:created>
  <dcterms:modified xsi:type="dcterms:W3CDTF">2022-09-22T19:39:00Z</dcterms:modified>
  <cp:category/>
</cp:coreProperties>
</file>